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8C24E" w14:textId="77777777" w:rsidR="002B6D33" w:rsidRPr="00D20883" w:rsidRDefault="00F44739">
      <w:pPr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b/>
          <w:sz w:val="22"/>
          <w:lang w:val="hr-HR"/>
        </w:rPr>
        <w:t>SVEUČILIŠTE U SPLITU, PODRUŽNICA – FAKULTET ZDRAVSTVENIH ZNANOSTI, Ruđera Boškovića 35, Split, OIB 29845096215, koje zastupa dekan doc. dr. sc. Mario Podrug (u daljnjem tekstu: Fakultet),</w:t>
      </w:r>
    </w:p>
    <w:p w14:paraId="6E033553" w14:textId="77777777" w:rsidR="002B6D33" w:rsidRPr="00D20883" w:rsidRDefault="00F44739">
      <w:pPr>
        <w:jc w:val="center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i/>
          <w:sz w:val="22"/>
          <w:lang w:val="hr-HR"/>
        </w:rPr>
        <w:t>i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 w:rsidR="0039030D" w:rsidRPr="00D20883" w14:paraId="466D4741" w14:textId="77777777" w:rsidTr="004F5ED9">
        <w:trPr>
          <w:cantSplit/>
          <w:jc w:val="center"/>
        </w:trPr>
        <w:tc>
          <w:tcPr>
            <w:tcW w:w="4706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21AF43" w14:textId="77777777" w:rsidR="0039030D" w:rsidRPr="00D20883" w:rsidRDefault="0039030D" w:rsidP="004F5ED9">
            <w:pPr>
              <w:pStyle w:val="TableText"/>
              <w:rPr>
                <w:rFonts w:cs="Arial"/>
                <w:sz w:val="22"/>
                <w:lang w:val="hr-HR"/>
              </w:rPr>
            </w:pPr>
            <w:r w:rsidRPr="00D20883">
              <w:rPr>
                <w:rFonts w:cs="Arial"/>
                <w:b/>
                <w:sz w:val="22"/>
                <w:lang w:val="hr-HR"/>
              </w:rPr>
              <w:t>Ime i prezime studenta/studentice</w:t>
            </w:r>
          </w:p>
        </w:tc>
        <w:tc>
          <w:tcPr>
            <w:tcW w:w="470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4D456E" w14:textId="77777777" w:rsidR="0039030D" w:rsidRPr="00D20883" w:rsidRDefault="0039030D" w:rsidP="004F5ED9">
            <w:pPr>
              <w:pStyle w:val="TableText"/>
              <w:rPr>
                <w:rFonts w:cs="Arial"/>
                <w:sz w:val="22"/>
                <w:lang w:val="hr-HR"/>
              </w:rPr>
            </w:pPr>
          </w:p>
        </w:tc>
      </w:tr>
      <w:tr w:rsidR="0039030D" w:rsidRPr="00D20883" w14:paraId="1C89F88A" w14:textId="77777777" w:rsidTr="004F5ED9">
        <w:trPr>
          <w:cantSplit/>
          <w:jc w:val="center"/>
        </w:trPr>
        <w:tc>
          <w:tcPr>
            <w:tcW w:w="4706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536E97" w14:textId="77777777" w:rsidR="0039030D" w:rsidRPr="00D20883" w:rsidRDefault="0039030D" w:rsidP="004F5ED9">
            <w:pPr>
              <w:pStyle w:val="TableText"/>
              <w:rPr>
                <w:rFonts w:cs="Arial"/>
                <w:sz w:val="22"/>
                <w:lang w:val="hr-HR"/>
              </w:rPr>
            </w:pPr>
            <w:r w:rsidRPr="00D20883">
              <w:rPr>
                <w:rFonts w:cs="Arial"/>
                <w:b/>
                <w:sz w:val="22"/>
                <w:lang w:val="hr-HR"/>
              </w:rPr>
              <w:t>OIB</w:t>
            </w:r>
          </w:p>
        </w:tc>
        <w:tc>
          <w:tcPr>
            <w:tcW w:w="470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C68FDD" w14:textId="77777777" w:rsidR="0039030D" w:rsidRPr="00D20883" w:rsidRDefault="0039030D" w:rsidP="004F5ED9">
            <w:pPr>
              <w:pStyle w:val="TableText"/>
              <w:rPr>
                <w:rFonts w:cs="Arial"/>
                <w:sz w:val="22"/>
                <w:lang w:val="hr-HR"/>
              </w:rPr>
            </w:pPr>
          </w:p>
        </w:tc>
      </w:tr>
      <w:tr w:rsidR="0039030D" w:rsidRPr="00D20883" w14:paraId="3E4BE785" w14:textId="77777777" w:rsidTr="004F5ED9">
        <w:trPr>
          <w:cantSplit/>
          <w:jc w:val="center"/>
        </w:trPr>
        <w:tc>
          <w:tcPr>
            <w:tcW w:w="4706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108525" w14:textId="77777777" w:rsidR="0039030D" w:rsidRPr="00D20883" w:rsidRDefault="0039030D" w:rsidP="004F5ED9">
            <w:pPr>
              <w:pStyle w:val="TableText"/>
              <w:rPr>
                <w:rFonts w:cs="Arial"/>
                <w:sz w:val="22"/>
                <w:lang w:val="hr-HR"/>
              </w:rPr>
            </w:pPr>
            <w:r w:rsidRPr="00D20883">
              <w:rPr>
                <w:rFonts w:cs="Arial"/>
                <w:b/>
                <w:sz w:val="22"/>
                <w:lang w:val="hr-HR"/>
              </w:rPr>
              <w:t>Adresa prebivališta/boravišta</w:t>
            </w:r>
          </w:p>
        </w:tc>
        <w:tc>
          <w:tcPr>
            <w:tcW w:w="470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D0D36E" w14:textId="77777777" w:rsidR="0039030D" w:rsidRPr="00D20883" w:rsidRDefault="0039030D" w:rsidP="004F5ED9">
            <w:pPr>
              <w:pStyle w:val="TableText"/>
              <w:rPr>
                <w:rFonts w:cs="Arial"/>
                <w:sz w:val="22"/>
                <w:lang w:val="hr-HR"/>
              </w:rPr>
            </w:pPr>
          </w:p>
        </w:tc>
      </w:tr>
      <w:tr w:rsidR="0039030D" w:rsidRPr="00D20883" w14:paraId="3B775A05" w14:textId="77777777" w:rsidTr="004F5ED9">
        <w:trPr>
          <w:cantSplit/>
          <w:jc w:val="center"/>
        </w:trPr>
        <w:tc>
          <w:tcPr>
            <w:tcW w:w="4706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FDBAE1" w14:textId="77777777" w:rsidR="00641780" w:rsidRPr="00D20883" w:rsidRDefault="00000000">
            <w:pPr>
              <w:rPr>
                <w:rFonts w:ascii="Arial" w:hAnsi="Arial" w:cs="Arial"/>
              </w:rPr>
            </w:pPr>
            <w:r w:rsidRPr="00D20883">
              <w:rPr>
                <w:rFonts w:ascii="Arial" w:hAnsi="Arial" w:cs="Arial"/>
                <w:sz w:val="20"/>
              </w:rPr>
              <w:t>Sveučilišni diplomski studij</w:t>
            </w:r>
            <w:r w:rsidRPr="00D20883">
              <w:rPr>
                <w:rFonts w:ascii="Arial" w:hAnsi="Arial" w:cs="Arial"/>
                <w:sz w:val="20"/>
              </w:rPr>
              <w:br/>
              <w:t>(označiti)</w:t>
            </w:r>
          </w:p>
        </w:tc>
        <w:tc>
          <w:tcPr>
            <w:tcW w:w="470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A726BD" w14:textId="77777777" w:rsidR="00D2088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2088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20883">
              <w:rPr>
                <w:rFonts w:ascii="Arial" w:hAnsi="Arial" w:cs="Arial"/>
                <w:sz w:val="20"/>
                <w:szCs w:val="20"/>
              </w:rPr>
              <w:t xml:space="preserve"> Sestrinstvo     </w:t>
            </w:r>
            <w:r w:rsidRPr="00D2088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20883">
              <w:rPr>
                <w:rFonts w:ascii="Arial" w:hAnsi="Arial" w:cs="Arial"/>
                <w:sz w:val="20"/>
                <w:szCs w:val="20"/>
              </w:rPr>
              <w:t xml:space="preserve"> Fizioterapija    </w:t>
            </w:r>
          </w:p>
          <w:p w14:paraId="20F6E9E2" w14:textId="19B9EC33" w:rsidR="00641780" w:rsidRPr="00D2088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208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2088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20883">
              <w:rPr>
                <w:rFonts w:ascii="Arial" w:hAnsi="Arial" w:cs="Arial"/>
                <w:sz w:val="20"/>
                <w:szCs w:val="20"/>
              </w:rPr>
              <w:t xml:space="preserve"> Radiološka tehnologija</w:t>
            </w:r>
          </w:p>
        </w:tc>
      </w:tr>
      <w:tr w:rsidR="0039030D" w:rsidRPr="00D20883" w14:paraId="455B0AB4" w14:textId="77777777" w:rsidTr="004F5ED9">
        <w:trPr>
          <w:cantSplit/>
          <w:jc w:val="center"/>
        </w:trPr>
        <w:tc>
          <w:tcPr>
            <w:tcW w:w="4706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909B7D" w14:textId="77777777" w:rsidR="00D20883" w:rsidRDefault="0039030D" w:rsidP="004F5ED9">
            <w:pPr>
              <w:pStyle w:val="TableText"/>
              <w:rPr>
                <w:rFonts w:cs="Arial"/>
                <w:b/>
                <w:sz w:val="22"/>
                <w:lang w:val="hr-HR"/>
              </w:rPr>
            </w:pPr>
            <w:r w:rsidRPr="00D20883">
              <w:rPr>
                <w:rFonts w:cs="Arial"/>
                <w:b/>
                <w:sz w:val="22"/>
                <w:lang w:val="hr-HR"/>
              </w:rPr>
              <w:t>JMBAG</w:t>
            </w:r>
            <w:r w:rsidR="00D20883">
              <w:rPr>
                <w:rFonts w:cs="Arial"/>
                <w:b/>
                <w:sz w:val="22"/>
                <w:lang w:val="hr-HR"/>
              </w:rPr>
              <w:t xml:space="preserve"> </w:t>
            </w:r>
          </w:p>
          <w:p w14:paraId="6CC54BC4" w14:textId="44E3BB2E" w:rsidR="0039030D" w:rsidRPr="00D20883" w:rsidRDefault="00D20883" w:rsidP="004F5ED9">
            <w:pPr>
              <w:pStyle w:val="TableText"/>
              <w:rPr>
                <w:rFonts w:cs="Arial"/>
                <w:sz w:val="22"/>
                <w:lang w:val="hr-HR"/>
              </w:rPr>
            </w:pPr>
            <w:r w:rsidRPr="00D20883">
              <w:rPr>
                <w:rFonts w:cs="Arial"/>
                <w:bCs/>
                <w:sz w:val="18"/>
                <w:szCs w:val="18"/>
                <w:lang w:val="hr-HR"/>
              </w:rPr>
              <w:t>(jedinstveni matični broj akademskog građanina)</w:t>
            </w:r>
          </w:p>
        </w:tc>
        <w:tc>
          <w:tcPr>
            <w:tcW w:w="470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F88D8B" w14:textId="77777777" w:rsidR="0039030D" w:rsidRPr="00D20883" w:rsidRDefault="0039030D" w:rsidP="004F5ED9">
            <w:pPr>
              <w:pStyle w:val="TableText"/>
              <w:rPr>
                <w:rFonts w:cs="Arial"/>
                <w:sz w:val="22"/>
                <w:lang w:val="hr-HR"/>
              </w:rPr>
            </w:pPr>
          </w:p>
        </w:tc>
      </w:tr>
    </w:tbl>
    <w:p w14:paraId="50B662DF" w14:textId="77777777" w:rsidR="002B6D33" w:rsidRPr="00D20883" w:rsidRDefault="00F44739" w:rsidP="007E245A">
      <w:pPr>
        <w:jc w:val="center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(u daljnjem tekstu: Student), sklapaju u Splitu dana __________ 2026. godine sljedeći</w:t>
      </w:r>
    </w:p>
    <w:p w14:paraId="7FFBE9C9" w14:textId="77777777" w:rsidR="00D14D71" w:rsidRPr="00D20883" w:rsidRDefault="00D14D71">
      <w:pPr>
        <w:spacing w:after="0"/>
        <w:jc w:val="center"/>
        <w:rPr>
          <w:rFonts w:ascii="Arial" w:hAnsi="Arial" w:cs="Arial"/>
          <w:b/>
          <w:sz w:val="22"/>
          <w:lang w:val="hr-HR"/>
        </w:rPr>
      </w:pPr>
    </w:p>
    <w:p w14:paraId="7E44CFFB" w14:textId="77777777" w:rsidR="00512B77" w:rsidRPr="00D20883" w:rsidRDefault="00512B77">
      <w:pPr>
        <w:spacing w:after="0"/>
        <w:jc w:val="center"/>
        <w:rPr>
          <w:rFonts w:ascii="Arial" w:hAnsi="Arial" w:cs="Arial"/>
          <w:b/>
          <w:sz w:val="22"/>
          <w:lang w:val="hr-HR"/>
        </w:rPr>
      </w:pPr>
    </w:p>
    <w:p w14:paraId="30EBDC13" w14:textId="77777777" w:rsidR="002B6D33" w:rsidRPr="00D20883" w:rsidRDefault="00F44739">
      <w:pPr>
        <w:spacing w:after="0"/>
        <w:jc w:val="center"/>
        <w:rPr>
          <w:rFonts w:ascii="Arial" w:hAnsi="Arial" w:cs="Arial"/>
          <w:sz w:val="24"/>
          <w:szCs w:val="24"/>
          <w:lang w:val="hr-HR"/>
        </w:rPr>
      </w:pPr>
      <w:r w:rsidRPr="00D20883">
        <w:rPr>
          <w:rFonts w:ascii="Arial" w:hAnsi="Arial" w:cs="Arial"/>
          <w:b/>
          <w:sz w:val="24"/>
          <w:szCs w:val="24"/>
          <w:lang w:val="hr-HR"/>
        </w:rPr>
        <w:t>UGOVOR</w:t>
      </w:r>
    </w:p>
    <w:p w14:paraId="6366A389" w14:textId="77777777" w:rsidR="002B6D33" w:rsidRPr="00D20883" w:rsidRDefault="00F44739">
      <w:pPr>
        <w:spacing w:after="120"/>
        <w:jc w:val="center"/>
        <w:rPr>
          <w:rFonts w:ascii="Arial" w:hAnsi="Arial" w:cs="Arial"/>
          <w:sz w:val="24"/>
          <w:szCs w:val="24"/>
          <w:lang w:val="hr-HR"/>
        </w:rPr>
      </w:pPr>
      <w:r w:rsidRPr="00D20883">
        <w:rPr>
          <w:rFonts w:ascii="Arial" w:hAnsi="Arial" w:cs="Arial"/>
          <w:b/>
          <w:sz w:val="24"/>
          <w:szCs w:val="24"/>
          <w:lang w:val="hr-HR"/>
        </w:rPr>
        <w:t>o uvjetima plaćanja školarine tijekom studiranja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783"/>
      </w:tblGrid>
      <w:tr w:rsidR="002B6D33" w:rsidRPr="00D20883" w14:paraId="04E0D25E" w14:textId="77777777" w:rsidTr="00D14D71">
        <w:trPr>
          <w:cantSplit/>
          <w:jc w:val="center"/>
        </w:trPr>
        <w:tc>
          <w:tcPr>
            <w:tcW w:w="3402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CA86A" w14:textId="77777777" w:rsidR="00641780" w:rsidRPr="00D20883" w:rsidRDefault="00000000">
            <w:pPr>
              <w:rPr>
                <w:rFonts w:ascii="Arial" w:hAnsi="Arial" w:cs="Arial"/>
              </w:rPr>
            </w:pPr>
            <w:r w:rsidRPr="00D20883">
              <w:rPr>
                <w:rFonts w:ascii="Arial" w:hAnsi="Arial" w:cs="Arial"/>
                <w:sz w:val="20"/>
              </w:rPr>
              <w:t>Status studenta</w:t>
            </w:r>
          </w:p>
        </w:tc>
        <w:tc>
          <w:tcPr>
            <w:tcW w:w="57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5EF0E" w14:textId="77777777" w:rsidR="00641780" w:rsidRPr="00D20883" w:rsidRDefault="00000000">
            <w:pPr>
              <w:rPr>
                <w:rFonts w:ascii="Arial" w:hAnsi="Arial" w:cs="Arial"/>
              </w:rPr>
            </w:pPr>
            <w:r w:rsidRPr="00D20883">
              <w:rPr>
                <w:rFonts w:ascii="Arial" w:hAnsi="Arial" w:cs="Arial"/>
                <w:sz w:val="20"/>
              </w:rPr>
              <w:t>student u izvanrednom statusu – obveznik školarine</w:t>
            </w:r>
          </w:p>
        </w:tc>
      </w:tr>
      <w:tr w:rsidR="002B6D33" w:rsidRPr="00D20883" w14:paraId="6B0542E3" w14:textId="77777777" w:rsidTr="00D14D71">
        <w:trPr>
          <w:cantSplit/>
          <w:jc w:val="center"/>
        </w:trPr>
        <w:tc>
          <w:tcPr>
            <w:tcW w:w="3402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F3114D" w14:textId="77777777" w:rsidR="00641780" w:rsidRPr="00D20883" w:rsidRDefault="00000000">
            <w:pPr>
              <w:rPr>
                <w:rFonts w:ascii="Arial" w:hAnsi="Arial" w:cs="Arial"/>
              </w:rPr>
            </w:pPr>
            <w:r w:rsidRPr="00D20883">
              <w:rPr>
                <w:rFonts w:ascii="Arial" w:hAnsi="Arial" w:cs="Arial"/>
                <w:sz w:val="20"/>
              </w:rPr>
              <w:t>Akademska godina upisa u I. godinu</w:t>
            </w:r>
          </w:p>
        </w:tc>
        <w:tc>
          <w:tcPr>
            <w:tcW w:w="57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B96CE" w14:textId="77777777" w:rsidR="00641780" w:rsidRPr="00D20883" w:rsidRDefault="00000000">
            <w:pPr>
              <w:rPr>
                <w:rFonts w:ascii="Arial" w:hAnsi="Arial" w:cs="Arial"/>
              </w:rPr>
            </w:pPr>
            <w:r w:rsidRPr="00D20883">
              <w:rPr>
                <w:rFonts w:ascii="Arial" w:hAnsi="Arial" w:cs="Arial"/>
                <w:sz w:val="20"/>
              </w:rPr>
              <w:t>2026./2027.</w:t>
            </w:r>
          </w:p>
        </w:tc>
      </w:tr>
      <w:tr w:rsidR="002B6D33" w:rsidRPr="00D20883" w14:paraId="22BC39AF" w14:textId="77777777" w:rsidTr="00D14D71">
        <w:trPr>
          <w:cantSplit/>
          <w:jc w:val="center"/>
        </w:trPr>
        <w:tc>
          <w:tcPr>
            <w:tcW w:w="3402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3E797" w14:textId="77777777" w:rsidR="00641780" w:rsidRPr="00D20883" w:rsidRDefault="00000000">
            <w:pPr>
              <w:rPr>
                <w:rFonts w:ascii="Arial" w:hAnsi="Arial" w:cs="Arial"/>
              </w:rPr>
            </w:pPr>
            <w:r w:rsidRPr="00D20883">
              <w:rPr>
                <w:rFonts w:ascii="Arial" w:hAnsi="Arial" w:cs="Arial"/>
                <w:sz w:val="20"/>
              </w:rPr>
              <w:t>Školarina za prvu godinu studija</w:t>
            </w:r>
          </w:p>
        </w:tc>
        <w:tc>
          <w:tcPr>
            <w:tcW w:w="57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85FB4" w14:textId="77777777" w:rsidR="00641780" w:rsidRPr="00D20883" w:rsidRDefault="00000000">
            <w:pPr>
              <w:rPr>
                <w:rFonts w:ascii="Arial" w:hAnsi="Arial" w:cs="Arial"/>
              </w:rPr>
            </w:pPr>
            <w:r w:rsidRPr="00D20883">
              <w:rPr>
                <w:rFonts w:ascii="Arial" w:hAnsi="Arial" w:cs="Arial"/>
                <w:sz w:val="20"/>
              </w:rPr>
              <w:t>2.125,00 EUR</w:t>
            </w:r>
            <w:r w:rsidRPr="00D20883">
              <w:rPr>
                <w:rFonts w:ascii="Arial" w:hAnsi="Arial" w:cs="Arial"/>
                <w:sz w:val="20"/>
              </w:rPr>
              <w:br/>
              <w:t>plaća se jednokratno</w:t>
            </w:r>
          </w:p>
        </w:tc>
      </w:tr>
    </w:tbl>
    <w:p w14:paraId="29FDB861" w14:textId="77777777" w:rsidR="005D0941" w:rsidRPr="00D20883" w:rsidRDefault="005D0941">
      <w:pPr>
        <w:keepNext/>
        <w:keepLines/>
        <w:spacing w:before="100" w:after="20"/>
        <w:jc w:val="center"/>
        <w:rPr>
          <w:rFonts w:ascii="Arial" w:hAnsi="Arial" w:cs="Arial"/>
          <w:b/>
          <w:sz w:val="22"/>
          <w:lang w:val="hr-HR"/>
        </w:rPr>
      </w:pPr>
    </w:p>
    <w:p w14:paraId="059737DC" w14:textId="77777777" w:rsidR="002B6D33" w:rsidRPr="00D20883" w:rsidRDefault="00F44739">
      <w:pPr>
        <w:keepNext/>
        <w:keepLines/>
        <w:spacing w:before="100" w:after="20"/>
        <w:jc w:val="center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b/>
          <w:sz w:val="22"/>
          <w:lang w:val="hr-HR"/>
        </w:rPr>
        <w:t>Članak 1.</w:t>
      </w:r>
    </w:p>
    <w:p w14:paraId="1546A580" w14:textId="77777777" w:rsidR="002B6D33" w:rsidRPr="00D20883" w:rsidRDefault="00F44739">
      <w:pPr>
        <w:spacing w:after="40"/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Ovim Ugovorom uređuju se prava i obveze Fakulteta i Studenta povezane s utvrđivanjem i plaćanjem školarine za sveučilišni diplomski studij označen u ovom Ugovoru. Ugovor se primjenjuje na Studenta koji studij upisuje u izvanrednom statusu.</w:t>
      </w:r>
    </w:p>
    <w:p w14:paraId="5247EA47" w14:textId="77777777" w:rsidR="005D0941" w:rsidRPr="00D20883" w:rsidRDefault="005D0941">
      <w:pPr>
        <w:keepNext/>
        <w:keepLines/>
        <w:spacing w:before="100" w:after="20"/>
        <w:jc w:val="center"/>
        <w:rPr>
          <w:rFonts w:ascii="Arial" w:hAnsi="Arial" w:cs="Arial"/>
          <w:b/>
          <w:sz w:val="22"/>
          <w:lang w:val="hr-HR"/>
        </w:rPr>
      </w:pPr>
    </w:p>
    <w:p w14:paraId="2BF38A46" w14:textId="77777777" w:rsidR="002B6D33" w:rsidRPr="00D20883" w:rsidRDefault="00F44739">
      <w:pPr>
        <w:keepNext/>
        <w:keepLines/>
        <w:spacing w:before="100" w:after="20"/>
        <w:jc w:val="center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b/>
          <w:sz w:val="22"/>
          <w:lang w:val="hr-HR"/>
        </w:rPr>
        <w:t>Članak 2.</w:t>
      </w:r>
    </w:p>
    <w:p w14:paraId="390C6929" w14:textId="77777777" w:rsidR="002B6D33" w:rsidRPr="00D20883" w:rsidRDefault="00F44739">
      <w:pPr>
        <w:spacing w:after="40"/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Školarina za prvu godinu studija u akademskoj godini 2026./2027. iznosi 2.125,00 EUR i plaća se jednokratno.</w:t>
      </w:r>
    </w:p>
    <w:p w14:paraId="2C2B198B" w14:textId="77777777" w:rsidR="002B6D33" w:rsidRPr="00D20883" w:rsidRDefault="00F44739">
      <w:pPr>
        <w:spacing w:after="40"/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Rok dospijeća i podaci za plaćanje navode se na računu Fakulteta. Za sljedeće akademske godine visina školarine utvrđuje se u skladu s važećim odlukama Sveučilišta u Splitu i općim aktima Fakulteta te se studentu izdaje novi račun, bez potrebe sklapanja novog ugovora.</w:t>
      </w:r>
    </w:p>
    <w:p w14:paraId="0C7FC68F" w14:textId="77777777" w:rsidR="005D0941" w:rsidRPr="00D20883" w:rsidRDefault="005D0941">
      <w:pPr>
        <w:keepNext/>
        <w:keepLines/>
        <w:spacing w:before="100" w:after="20"/>
        <w:jc w:val="center"/>
        <w:rPr>
          <w:rFonts w:ascii="Arial" w:hAnsi="Arial" w:cs="Arial"/>
          <w:b/>
          <w:sz w:val="22"/>
          <w:lang w:val="hr-HR"/>
        </w:rPr>
      </w:pPr>
    </w:p>
    <w:p w14:paraId="1CF1265B" w14:textId="77777777" w:rsidR="002B6D33" w:rsidRPr="00D20883" w:rsidRDefault="00F44739">
      <w:pPr>
        <w:keepNext/>
        <w:keepLines/>
        <w:spacing w:before="100" w:after="20"/>
        <w:jc w:val="center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b/>
          <w:sz w:val="22"/>
          <w:lang w:val="hr-HR"/>
        </w:rPr>
        <w:t>Članak 3.</w:t>
      </w:r>
    </w:p>
    <w:p w14:paraId="6A5932B2" w14:textId="77777777" w:rsidR="002B6D33" w:rsidRPr="00D20883" w:rsidRDefault="00F44739">
      <w:pPr>
        <w:spacing w:after="40"/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Student je obvezan školarinu za prvu godinu studija u iznosu od 2.125,00 EUR platiti jednokratno, prema uputama i roku navedenima na računu Fakulteta.</w:t>
      </w:r>
    </w:p>
    <w:p w14:paraId="7AFAB4FF" w14:textId="77777777" w:rsidR="002B6D33" w:rsidRPr="00D20883" w:rsidRDefault="00F44739">
      <w:pPr>
        <w:spacing w:after="40"/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Student je dužan bez odgode obavijestiti Fakultet o okolnostima koje mogu utjecati na njegovu obvezu plaćanja, ako nisu vidljive u službenim evidencijama.</w:t>
      </w:r>
    </w:p>
    <w:p w14:paraId="7EFE8EC6" w14:textId="77777777" w:rsidR="002B6D33" w:rsidRPr="00D20883" w:rsidRDefault="00F44739">
      <w:pPr>
        <w:keepNext/>
        <w:keepLines/>
        <w:pageBreakBefore/>
        <w:spacing w:before="100" w:after="20"/>
        <w:jc w:val="center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b/>
          <w:sz w:val="22"/>
          <w:lang w:val="hr-HR"/>
        </w:rPr>
        <w:lastRenderedPageBreak/>
        <w:t>Članak 4.</w:t>
      </w:r>
    </w:p>
    <w:p w14:paraId="06B830C1" w14:textId="77777777" w:rsidR="002B6D33" w:rsidRPr="00D20883" w:rsidRDefault="00F44739">
      <w:pPr>
        <w:spacing w:after="40"/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Ako Student ne podmiri dospjelu obvezu, Fakultet će ga obavijestiti o dugu i odrediti naknadni rok za plaćanje. Do podmirenja duga Student ne može ostvariti prava za koja je podmirenje financijskih obveza propisano kao uvjet.</w:t>
      </w:r>
    </w:p>
    <w:p w14:paraId="6333021A" w14:textId="77777777" w:rsidR="002B6D33" w:rsidRPr="00D20883" w:rsidRDefault="00F44739">
      <w:pPr>
        <w:spacing w:after="40"/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Prestanak studiranja, ispis ili odustajanje od studija ne dovode automatski do povrata plaćenih iznosa niti do prestanka dospjelih obveza. O eventualnom povratu, umanjenju ili oslobođenju odlučuje nadležno tijelo Fakulteta.</w:t>
      </w:r>
    </w:p>
    <w:p w14:paraId="36E47CCF" w14:textId="77777777" w:rsidR="005D0941" w:rsidRPr="00D20883" w:rsidRDefault="005D0941">
      <w:pPr>
        <w:keepNext/>
        <w:keepLines/>
        <w:spacing w:before="100" w:after="20"/>
        <w:jc w:val="center"/>
        <w:rPr>
          <w:rFonts w:ascii="Arial" w:hAnsi="Arial" w:cs="Arial"/>
          <w:b/>
          <w:sz w:val="22"/>
          <w:lang w:val="hr-HR"/>
        </w:rPr>
      </w:pPr>
    </w:p>
    <w:p w14:paraId="7694D11C" w14:textId="77777777" w:rsidR="002B6D33" w:rsidRPr="00D20883" w:rsidRDefault="00F44739">
      <w:pPr>
        <w:keepNext/>
        <w:keepLines/>
        <w:spacing w:before="100" w:after="20"/>
        <w:jc w:val="center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b/>
          <w:sz w:val="22"/>
          <w:lang w:val="hr-HR"/>
        </w:rPr>
        <w:t>Članak 5.</w:t>
      </w:r>
    </w:p>
    <w:p w14:paraId="46271D0D" w14:textId="77777777" w:rsidR="002B6D33" w:rsidRPr="00D20883" w:rsidRDefault="00F44739">
      <w:pPr>
        <w:spacing w:after="40"/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Fakultet obrađuje osobne podatke Studenta radi sklapanja i izvršavanja ovog Ugovora, vođenja studentskih i financijskih evidencija te ispunjavanja zakonskih obveza, u skladu s propisima o zaštiti osobnih podataka.</w:t>
      </w:r>
    </w:p>
    <w:p w14:paraId="65925B8E" w14:textId="77777777" w:rsidR="002B6D33" w:rsidRPr="00D20883" w:rsidRDefault="00F44739">
      <w:pPr>
        <w:spacing w:after="40"/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Ugovorne strane sporove će pokušati riješiti sporazumno, a u protivnom je nadležan stvarno nadležni sud u Splitu, osim ako je prisilnim propisom određeno drukčije.</w:t>
      </w:r>
    </w:p>
    <w:p w14:paraId="3ACF3CA4" w14:textId="77777777" w:rsidR="005D0941" w:rsidRPr="00D20883" w:rsidRDefault="005D0941">
      <w:pPr>
        <w:keepNext/>
        <w:keepLines/>
        <w:spacing w:before="100" w:after="20"/>
        <w:jc w:val="center"/>
        <w:rPr>
          <w:rFonts w:ascii="Arial" w:hAnsi="Arial" w:cs="Arial"/>
          <w:b/>
          <w:sz w:val="22"/>
          <w:lang w:val="hr-HR"/>
        </w:rPr>
      </w:pPr>
    </w:p>
    <w:p w14:paraId="3B562231" w14:textId="77777777" w:rsidR="002B6D33" w:rsidRPr="00D20883" w:rsidRDefault="00F44739">
      <w:pPr>
        <w:keepNext/>
        <w:keepLines/>
        <w:spacing w:before="100" w:after="20"/>
        <w:jc w:val="center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b/>
          <w:sz w:val="22"/>
          <w:lang w:val="hr-HR"/>
        </w:rPr>
        <w:t>Članak 6.</w:t>
      </w:r>
    </w:p>
    <w:p w14:paraId="726A77A2" w14:textId="77777777" w:rsidR="002B6D33" w:rsidRPr="00D20883" w:rsidRDefault="00F44739">
      <w:pPr>
        <w:spacing w:after="40"/>
        <w:jc w:val="both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Ovaj Ugovor stupa na snagu danom potpisa obiju ugovornih strana i vrijedi do prestanka studiranja Studenta odnosno do podmirenja svih obveza nastalih za vrijeme njegova važenja. Sastavljen je u dva istovjetna primjerka, po jedan za svaku ugovornu stranu.</w:t>
      </w:r>
    </w:p>
    <w:p w14:paraId="797C66C7" w14:textId="77777777" w:rsidR="00D14D71" w:rsidRPr="00D20883" w:rsidRDefault="00D14D71">
      <w:pPr>
        <w:keepNext/>
        <w:spacing w:before="120"/>
        <w:rPr>
          <w:rFonts w:ascii="Arial" w:hAnsi="Arial" w:cs="Arial"/>
          <w:sz w:val="22"/>
          <w:lang w:val="hr-HR"/>
        </w:rPr>
      </w:pPr>
    </w:p>
    <w:p w14:paraId="347FD3E9" w14:textId="77777777" w:rsidR="00640CA6" w:rsidRPr="00D20883" w:rsidRDefault="00640CA6">
      <w:pPr>
        <w:keepNext/>
        <w:spacing w:before="120"/>
        <w:rPr>
          <w:rFonts w:ascii="Arial" w:hAnsi="Arial" w:cs="Arial"/>
          <w:sz w:val="22"/>
          <w:lang w:val="hr-HR"/>
        </w:rPr>
      </w:pPr>
    </w:p>
    <w:p w14:paraId="26F14F9D" w14:textId="77777777" w:rsidR="00D14D71" w:rsidRPr="00D20883" w:rsidRDefault="00F44739">
      <w:pPr>
        <w:keepNext/>
        <w:spacing w:before="120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 xml:space="preserve">KLASA: ______________________________     </w:t>
      </w:r>
    </w:p>
    <w:p w14:paraId="1287F5D5" w14:textId="77777777" w:rsidR="002B6D33" w:rsidRPr="00D20883" w:rsidRDefault="00F44739">
      <w:pPr>
        <w:keepNext/>
        <w:spacing w:before="120"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URBROJ: ______________________________</w:t>
      </w:r>
    </w:p>
    <w:p w14:paraId="04EE9DE9" w14:textId="77777777" w:rsidR="002B6D33" w:rsidRPr="00D20883" w:rsidRDefault="00F44739">
      <w:pPr>
        <w:keepNext/>
        <w:rPr>
          <w:rFonts w:ascii="Arial" w:hAnsi="Arial" w:cs="Arial"/>
          <w:sz w:val="22"/>
          <w:lang w:val="hr-HR"/>
        </w:rPr>
      </w:pPr>
      <w:r w:rsidRPr="00D20883">
        <w:rPr>
          <w:rFonts w:ascii="Arial" w:hAnsi="Arial" w:cs="Arial"/>
          <w:sz w:val="22"/>
          <w:lang w:val="hr-HR"/>
        </w:rPr>
        <w:t>U Splitu, __________ 2026. godine</w:t>
      </w:r>
    </w:p>
    <w:p w14:paraId="512CA998" w14:textId="77777777" w:rsidR="00D14D71" w:rsidRPr="00D20883" w:rsidRDefault="00D14D71">
      <w:pPr>
        <w:keepNext/>
        <w:rPr>
          <w:rFonts w:ascii="Arial" w:hAnsi="Arial" w:cs="Arial"/>
          <w:sz w:val="22"/>
          <w:lang w:val="hr-HR"/>
        </w:rPr>
      </w:pPr>
    </w:p>
    <w:p w14:paraId="3972FDAB" w14:textId="77777777" w:rsidR="00D14D71" w:rsidRPr="00D20883" w:rsidRDefault="00D14D71">
      <w:pPr>
        <w:keepNext/>
        <w:rPr>
          <w:rFonts w:ascii="Arial" w:hAnsi="Arial" w:cs="Arial"/>
          <w:sz w:val="22"/>
          <w:lang w:val="hr-HR"/>
        </w:rPr>
      </w:pPr>
    </w:p>
    <w:p w14:paraId="0B7A4D9C" w14:textId="77777777" w:rsidR="00512B77" w:rsidRPr="00D20883" w:rsidRDefault="00512B77">
      <w:pPr>
        <w:keepNext/>
        <w:rPr>
          <w:rFonts w:ascii="Arial" w:hAnsi="Arial" w:cs="Arial"/>
          <w:sz w:val="22"/>
          <w:lang w:val="hr-H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2B6D33" w:rsidRPr="00D20883" w14:paraId="19AE109E" w14:textId="77777777">
        <w:trPr>
          <w:cantSplit/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E000DE5" w14:textId="77777777" w:rsidR="002B6D33" w:rsidRPr="00D20883" w:rsidRDefault="00F44739">
            <w:pPr>
              <w:spacing w:after="0"/>
              <w:jc w:val="center"/>
              <w:rPr>
                <w:rFonts w:ascii="Arial" w:hAnsi="Arial" w:cs="Arial"/>
                <w:sz w:val="22"/>
                <w:lang w:val="hr-HR"/>
              </w:rPr>
            </w:pPr>
            <w:r w:rsidRPr="00D20883">
              <w:rPr>
                <w:rFonts w:ascii="Arial" w:hAnsi="Arial" w:cs="Arial"/>
                <w:b/>
                <w:sz w:val="22"/>
                <w:lang w:val="hr-HR"/>
              </w:rPr>
              <w:t>STUDENT/STUDENTICA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21FB30" w14:textId="77777777" w:rsidR="002B6D33" w:rsidRPr="00D20883" w:rsidRDefault="00F44739">
            <w:pPr>
              <w:spacing w:after="0"/>
              <w:jc w:val="center"/>
              <w:rPr>
                <w:rFonts w:ascii="Arial" w:hAnsi="Arial" w:cs="Arial"/>
                <w:sz w:val="22"/>
                <w:lang w:val="hr-HR"/>
              </w:rPr>
            </w:pPr>
            <w:r w:rsidRPr="00D20883">
              <w:rPr>
                <w:rFonts w:ascii="Arial" w:hAnsi="Arial" w:cs="Arial"/>
                <w:b/>
                <w:sz w:val="22"/>
                <w:lang w:val="hr-HR"/>
              </w:rPr>
              <w:t>ZA FAKULTET</w:t>
            </w:r>
          </w:p>
        </w:tc>
      </w:tr>
      <w:tr w:rsidR="002B6D33" w:rsidRPr="00D20883" w14:paraId="26E2A640" w14:textId="77777777">
        <w:trPr>
          <w:cantSplit/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C04F5F" w14:textId="77777777" w:rsidR="002B6D33" w:rsidRPr="00D20883" w:rsidRDefault="00F44739">
            <w:pPr>
              <w:spacing w:after="0"/>
              <w:jc w:val="center"/>
              <w:rPr>
                <w:rFonts w:ascii="Arial" w:hAnsi="Arial" w:cs="Arial"/>
                <w:sz w:val="22"/>
                <w:lang w:val="hr-HR"/>
              </w:rPr>
            </w:pPr>
            <w:r w:rsidRPr="00D20883">
              <w:rPr>
                <w:rFonts w:ascii="Arial" w:hAnsi="Arial" w:cs="Arial"/>
                <w:sz w:val="22"/>
                <w:lang w:val="hr-HR"/>
              </w:rPr>
              <w:br/>
              <w:t>______________________________</w:t>
            </w:r>
            <w:r w:rsidRPr="00D20883">
              <w:rPr>
                <w:rFonts w:ascii="Arial" w:hAnsi="Arial" w:cs="Arial"/>
                <w:sz w:val="22"/>
                <w:lang w:val="hr-HR"/>
              </w:rPr>
              <w:br/>
              <w:t>ime i prezime / potpis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DB1BE68" w14:textId="77777777" w:rsidR="002B6D33" w:rsidRPr="00D20883" w:rsidRDefault="00F44739">
            <w:pPr>
              <w:spacing w:after="0"/>
              <w:jc w:val="center"/>
              <w:rPr>
                <w:rFonts w:ascii="Arial" w:hAnsi="Arial" w:cs="Arial"/>
                <w:sz w:val="22"/>
                <w:lang w:val="hr-HR"/>
              </w:rPr>
            </w:pPr>
            <w:r w:rsidRPr="00D20883">
              <w:rPr>
                <w:rFonts w:ascii="Arial" w:hAnsi="Arial" w:cs="Arial"/>
                <w:sz w:val="22"/>
                <w:lang w:val="hr-HR"/>
              </w:rPr>
              <w:br/>
              <w:t>______________________________</w:t>
            </w:r>
            <w:r w:rsidRPr="00D20883">
              <w:rPr>
                <w:rFonts w:ascii="Arial" w:hAnsi="Arial" w:cs="Arial"/>
                <w:sz w:val="22"/>
                <w:lang w:val="hr-HR"/>
              </w:rPr>
              <w:br/>
              <w:t>Dekan</w:t>
            </w:r>
          </w:p>
        </w:tc>
      </w:tr>
    </w:tbl>
    <w:p w14:paraId="6010B280" w14:textId="77777777" w:rsidR="00F44739" w:rsidRPr="00D20883" w:rsidRDefault="00F44739">
      <w:pPr>
        <w:rPr>
          <w:rFonts w:ascii="Arial" w:hAnsi="Arial" w:cs="Arial"/>
          <w:sz w:val="22"/>
          <w:lang w:val="hr-HR"/>
        </w:rPr>
      </w:pPr>
    </w:p>
    <w:sectPr w:rsidR="00F44739" w:rsidRPr="00D20883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8211692">
    <w:abstractNumId w:val="8"/>
  </w:num>
  <w:num w:numId="2" w16cid:durableId="1660690643">
    <w:abstractNumId w:val="6"/>
  </w:num>
  <w:num w:numId="3" w16cid:durableId="491676456">
    <w:abstractNumId w:val="5"/>
  </w:num>
  <w:num w:numId="4" w16cid:durableId="592207002">
    <w:abstractNumId w:val="4"/>
  </w:num>
  <w:num w:numId="5" w16cid:durableId="801733296">
    <w:abstractNumId w:val="7"/>
  </w:num>
  <w:num w:numId="6" w16cid:durableId="866604793">
    <w:abstractNumId w:val="3"/>
  </w:num>
  <w:num w:numId="7" w16cid:durableId="873466712">
    <w:abstractNumId w:val="2"/>
  </w:num>
  <w:num w:numId="8" w16cid:durableId="1978874493">
    <w:abstractNumId w:val="1"/>
  </w:num>
  <w:num w:numId="9" w16cid:durableId="475345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43B3"/>
    <w:rsid w:val="0029639D"/>
    <w:rsid w:val="002B6D33"/>
    <w:rsid w:val="00326F90"/>
    <w:rsid w:val="0039030D"/>
    <w:rsid w:val="00512B77"/>
    <w:rsid w:val="005D0941"/>
    <w:rsid w:val="00640CA6"/>
    <w:rsid w:val="00641780"/>
    <w:rsid w:val="00663EA7"/>
    <w:rsid w:val="007E245A"/>
    <w:rsid w:val="00AA1D8D"/>
    <w:rsid w:val="00B47730"/>
    <w:rsid w:val="00C32C44"/>
    <w:rsid w:val="00CB0664"/>
    <w:rsid w:val="00D14D71"/>
    <w:rsid w:val="00D20883"/>
    <w:rsid w:val="00D344ED"/>
    <w:rsid w:val="00F44739"/>
    <w:rsid w:val="00F97F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5997C0"/>
  <w14:defaultImageDpi w14:val="300"/>
  <w15:docId w15:val="{BED24279-2DE8-48AD-BC71-99009CEE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rsid w:val="0039030D"/>
    <w:pPr>
      <w:spacing w:after="0" w:line="240" w:lineRule="auto"/>
    </w:pPr>
    <w:rPr>
      <w:rFonts w:ascii="Arial" w:eastAsia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2222D4-4762-4E7D-B551-D4DF30340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Ugovor o uvjetima plaćanja školarine/participacije tijekom studiranja</vt:lpstr>
    </vt:vector>
  </TitlesOfParts>
  <Manager/>
  <Company/>
  <LinksUpToDate>false</LinksUpToDate>
  <CharactersWithSpaces>3068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 o uvjetima plaćanja školarine/participacije tijekom studiranja</dc:title>
  <dc:subject>Skraćeni zajednički predložak za redovite i izvanredne studente</dc:subject>
  <dc:creator>Fakultet zdravstvenih znanosti Sveučilišta u Splitu</dc:creator>
  <cp:keywords/>
  <dc:description>generated by python-docx</dc:description>
  <cp:lastModifiedBy>Ladislav Vrsalović</cp:lastModifiedBy>
  <cp:revision>2</cp:revision>
  <dcterms:created xsi:type="dcterms:W3CDTF">2026-09-30T17:02:00Z</dcterms:created>
  <dcterms:modified xsi:type="dcterms:W3CDTF">2026-09-30T17:02:00Z</dcterms:modified>
  <cp:category/>
</cp:coreProperties>
</file>