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001" w:rsidRPr="009E22B4" w:rsidRDefault="002339C6">
      <w:pPr>
        <w:spacing w:after="20"/>
        <w:jc w:val="center"/>
        <w:rPr>
          <w:rFonts w:ascii="Arial" w:hAnsi="Arial" w:cs="Arial"/>
          <w:sz w:val="20"/>
          <w:szCs w:val="20"/>
          <w:lang w:val="hr-HR"/>
        </w:rPr>
      </w:pPr>
      <w:r w:rsidRPr="009E22B4">
        <w:rPr>
          <w:rFonts w:ascii="Arial" w:hAnsi="Arial" w:cs="Arial"/>
          <w:b/>
          <w:sz w:val="20"/>
          <w:szCs w:val="20"/>
          <w:lang w:val="hr-HR"/>
        </w:rPr>
        <w:t>SVEUČILIŠTE U SPLITU</w:t>
      </w:r>
      <w:r w:rsidRPr="009E22B4">
        <w:rPr>
          <w:rFonts w:ascii="Arial" w:hAnsi="Arial" w:cs="Arial"/>
          <w:b/>
          <w:sz w:val="20"/>
          <w:szCs w:val="20"/>
          <w:lang w:val="hr-HR"/>
        </w:rPr>
        <w:br/>
        <w:t>FAKULTET ZDRAVSTVENIH ZNANOSTI</w:t>
      </w:r>
    </w:p>
    <w:p w:rsidR="00E75001" w:rsidRPr="009E22B4" w:rsidRDefault="002339C6">
      <w:pPr>
        <w:spacing w:before="40" w:after="100"/>
        <w:jc w:val="center"/>
        <w:rPr>
          <w:rFonts w:ascii="Arial" w:hAnsi="Arial" w:cs="Arial"/>
          <w:sz w:val="20"/>
          <w:szCs w:val="20"/>
          <w:lang w:val="hr-HR"/>
        </w:rPr>
      </w:pPr>
      <w:r w:rsidRPr="009E22B4">
        <w:rPr>
          <w:rFonts w:ascii="Arial" w:hAnsi="Arial" w:cs="Arial"/>
          <w:b/>
          <w:sz w:val="20"/>
          <w:szCs w:val="20"/>
          <w:lang w:val="hr-HR"/>
        </w:rPr>
        <w:t>ZAHTJEV ZA PROMJENU STATUSA STUDENTA</w:t>
      </w:r>
    </w:p>
    <w:p w:rsidR="00E75001" w:rsidRPr="009E22B4" w:rsidRDefault="002339C6">
      <w:pPr>
        <w:spacing w:after="100"/>
        <w:jc w:val="both"/>
        <w:rPr>
          <w:rFonts w:ascii="Arial" w:hAnsi="Arial" w:cs="Arial"/>
          <w:sz w:val="20"/>
          <w:szCs w:val="20"/>
          <w:lang w:val="hr-HR"/>
        </w:rPr>
      </w:pPr>
      <w:r w:rsidRPr="009E22B4">
        <w:rPr>
          <w:rFonts w:ascii="Arial" w:hAnsi="Arial" w:cs="Arial"/>
          <w:sz w:val="20"/>
          <w:szCs w:val="20"/>
          <w:lang w:val="hr-HR"/>
        </w:rPr>
        <w:t>Zahtjev se podnosi za promjenu statusa iz redovitog u izvanredni ili iz izvanrednog u redoviti status, u skladu s važećim općim aktima Sveučilišta i Fakulteta.</w:t>
      </w:r>
    </w:p>
    <w:p w:rsidR="00E75001" w:rsidRPr="009E22B4" w:rsidRDefault="002339C6">
      <w:pPr>
        <w:spacing w:after="40"/>
        <w:rPr>
          <w:rFonts w:ascii="Arial" w:hAnsi="Arial" w:cs="Arial"/>
          <w:sz w:val="20"/>
          <w:szCs w:val="20"/>
          <w:lang w:val="hr-HR"/>
        </w:rPr>
      </w:pPr>
      <w:r w:rsidRPr="009E22B4">
        <w:rPr>
          <w:rFonts w:ascii="Arial" w:hAnsi="Arial" w:cs="Arial"/>
          <w:b/>
          <w:sz w:val="20"/>
          <w:szCs w:val="20"/>
          <w:lang w:val="hr-HR"/>
        </w:rPr>
        <w:t xml:space="preserve">A. </w:t>
      </w:r>
      <w:r w:rsidRPr="009E22B4">
        <w:rPr>
          <w:rFonts w:ascii="Arial" w:hAnsi="Arial" w:cs="Arial"/>
          <w:b/>
          <w:sz w:val="20"/>
          <w:szCs w:val="20"/>
          <w:lang w:val="hr-HR"/>
        </w:rPr>
        <w:t>PODACI O STUDENTU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7257"/>
      </w:tblGrid>
      <w:tr w:rsidR="00E75001" w:rsidRPr="009E22B4">
        <w:trPr>
          <w:jc w:val="center"/>
        </w:trPr>
        <w:tc>
          <w:tcPr>
            <w:tcW w:w="2835" w:type="dxa"/>
            <w:shd w:val="clear" w:color="auto" w:fill="EDEDED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>Ime i prezime</w:t>
            </w:r>
          </w:p>
        </w:tc>
        <w:tc>
          <w:tcPr>
            <w:tcW w:w="7257" w:type="dxa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E75001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E75001" w:rsidRPr="009E22B4">
        <w:trPr>
          <w:jc w:val="center"/>
        </w:trPr>
        <w:tc>
          <w:tcPr>
            <w:tcW w:w="2835" w:type="dxa"/>
            <w:shd w:val="clear" w:color="auto" w:fill="EDEDED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>JMBAG</w:t>
            </w:r>
            <w:r w:rsidR="00A27B0B"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 studenta</w:t>
            </w:r>
          </w:p>
        </w:tc>
        <w:tc>
          <w:tcPr>
            <w:tcW w:w="7257" w:type="dxa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E75001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E75001" w:rsidRPr="009E22B4">
        <w:trPr>
          <w:jc w:val="center"/>
        </w:trPr>
        <w:tc>
          <w:tcPr>
            <w:tcW w:w="2835" w:type="dxa"/>
            <w:shd w:val="clear" w:color="auto" w:fill="EDEDED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>Studijski program</w:t>
            </w:r>
          </w:p>
        </w:tc>
        <w:tc>
          <w:tcPr>
            <w:tcW w:w="7257" w:type="dxa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E75001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E75001" w:rsidRPr="009E22B4">
        <w:trPr>
          <w:jc w:val="center"/>
        </w:trPr>
        <w:tc>
          <w:tcPr>
            <w:tcW w:w="2835" w:type="dxa"/>
            <w:shd w:val="clear" w:color="auto" w:fill="EDEDED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>Razina studija</w:t>
            </w:r>
          </w:p>
        </w:tc>
        <w:tc>
          <w:tcPr>
            <w:tcW w:w="7257" w:type="dxa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prijediplomski    </w:t>
            </w: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diploms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ki    </w:t>
            </w:r>
          </w:p>
        </w:tc>
      </w:tr>
      <w:tr w:rsidR="00E75001" w:rsidRPr="009E22B4">
        <w:trPr>
          <w:jc w:val="center"/>
        </w:trPr>
        <w:tc>
          <w:tcPr>
            <w:tcW w:w="2835" w:type="dxa"/>
            <w:shd w:val="clear" w:color="auto" w:fill="EDEDED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>Godina studija</w:t>
            </w:r>
          </w:p>
        </w:tc>
        <w:tc>
          <w:tcPr>
            <w:tcW w:w="7257" w:type="dxa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E75001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E75001" w:rsidRPr="009E22B4">
        <w:trPr>
          <w:jc w:val="center"/>
        </w:trPr>
        <w:tc>
          <w:tcPr>
            <w:tcW w:w="2835" w:type="dxa"/>
            <w:shd w:val="clear" w:color="auto" w:fill="EDEDED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>Službena e-adresa studenta</w:t>
            </w:r>
          </w:p>
        </w:tc>
        <w:tc>
          <w:tcPr>
            <w:tcW w:w="7257" w:type="dxa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E75001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E75001" w:rsidRPr="009E22B4">
        <w:trPr>
          <w:jc w:val="center"/>
        </w:trPr>
        <w:tc>
          <w:tcPr>
            <w:tcW w:w="2835" w:type="dxa"/>
            <w:shd w:val="clear" w:color="auto" w:fill="EDEDED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>Kontakt telefon (neobvezno)</w:t>
            </w:r>
          </w:p>
        </w:tc>
        <w:tc>
          <w:tcPr>
            <w:tcW w:w="7257" w:type="dxa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E75001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</w:tbl>
    <w:p w:rsidR="00A27B0B" w:rsidRPr="009E22B4" w:rsidRDefault="00A27B0B">
      <w:pPr>
        <w:spacing w:before="80" w:after="40"/>
        <w:rPr>
          <w:rFonts w:ascii="Arial" w:hAnsi="Arial" w:cs="Arial"/>
          <w:b/>
          <w:sz w:val="20"/>
          <w:szCs w:val="20"/>
          <w:lang w:val="hr-HR"/>
        </w:rPr>
      </w:pPr>
    </w:p>
    <w:p w:rsidR="00E75001" w:rsidRPr="009E22B4" w:rsidRDefault="002339C6">
      <w:pPr>
        <w:spacing w:before="80" w:after="40"/>
        <w:rPr>
          <w:rFonts w:ascii="Arial" w:hAnsi="Arial" w:cs="Arial"/>
          <w:sz w:val="20"/>
          <w:szCs w:val="20"/>
          <w:lang w:val="hr-HR"/>
        </w:rPr>
      </w:pPr>
      <w:r w:rsidRPr="009E22B4">
        <w:rPr>
          <w:rFonts w:ascii="Arial" w:hAnsi="Arial" w:cs="Arial"/>
          <w:b/>
          <w:sz w:val="20"/>
          <w:szCs w:val="20"/>
          <w:lang w:val="hr-HR"/>
        </w:rPr>
        <w:t>B. TRAŽENA PROMJENA STATUSA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5443"/>
      </w:tblGrid>
      <w:tr w:rsidR="00E75001" w:rsidRPr="009E22B4">
        <w:trPr>
          <w:jc w:val="center"/>
        </w:trPr>
        <w:tc>
          <w:tcPr>
            <w:tcW w:w="4649" w:type="dxa"/>
            <w:shd w:val="clear" w:color="auto" w:fill="EDEDED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>Status u tekućoj akademskoj godini</w:t>
            </w:r>
          </w:p>
        </w:tc>
        <w:tc>
          <w:tcPr>
            <w:tcW w:w="5443" w:type="dxa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redoviti        </w:t>
            </w: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izvanredni</w:t>
            </w:r>
          </w:p>
        </w:tc>
      </w:tr>
      <w:tr w:rsidR="00E75001" w:rsidRPr="009E22B4">
        <w:trPr>
          <w:jc w:val="center"/>
        </w:trPr>
        <w:tc>
          <w:tcPr>
            <w:tcW w:w="4649" w:type="dxa"/>
            <w:shd w:val="clear" w:color="auto" w:fill="EDEDED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>Traženi status</w:t>
            </w:r>
          </w:p>
        </w:tc>
        <w:tc>
          <w:tcPr>
            <w:tcW w:w="5443" w:type="dxa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redoviti        </w:t>
            </w: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izvanredni</w:t>
            </w:r>
          </w:p>
        </w:tc>
      </w:tr>
      <w:tr w:rsidR="00E75001" w:rsidRPr="009E22B4">
        <w:trPr>
          <w:jc w:val="center"/>
        </w:trPr>
        <w:tc>
          <w:tcPr>
            <w:tcW w:w="4649" w:type="dxa"/>
            <w:shd w:val="clear" w:color="auto" w:fill="EDEDED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>Akademska godina za koju se traži promjena</w:t>
            </w:r>
          </w:p>
        </w:tc>
        <w:tc>
          <w:tcPr>
            <w:tcW w:w="5443" w:type="dxa"/>
            <w:tcMar>
              <w:top w:w="52" w:type="dxa"/>
              <w:left w:w="70" w:type="dxa"/>
              <w:bottom w:w="52" w:type="dxa"/>
              <w:right w:w="70" w:type="dxa"/>
            </w:tcMar>
            <w:vAlign w:val="center"/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20____ / 20____</w:t>
            </w:r>
          </w:p>
        </w:tc>
      </w:tr>
    </w:tbl>
    <w:p w:rsidR="00E75001" w:rsidRPr="009E22B4" w:rsidRDefault="002339C6">
      <w:pPr>
        <w:spacing w:before="20" w:after="60"/>
        <w:rPr>
          <w:rFonts w:ascii="Arial" w:hAnsi="Arial" w:cs="Arial"/>
          <w:sz w:val="20"/>
          <w:szCs w:val="20"/>
          <w:lang w:val="hr-HR"/>
        </w:rPr>
      </w:pPr>
      <w:r w:rsidRPr="009E22B4">
        <w:rPr>
          <w:rFonts w:ascii="Arial" w:hAnsi="Arial" w:cs="Arial"/>
          <w:b/>
          <w:sz w:val="20"/>
          <w:szCs w:val="20"/>
          <w:lang w:val="hr-HR"/>
        </w:rPr>
        <w:t xml:space="preserve">Izjava studenta: </w:t>
      </w:r>
      <w:r w:rsidRPr="009E22B4">
        <w:rPr>
          <w:rFonts w:ascii="Arial" w:hAnsi="Arial" w:cs="Arial"/>
          <w:sz w:val="20"/>
          <w:szCs w:val="20"/>
          <w:lang w:val="hr-HR"/>
        </w:rPr>
        <w:t xml:space="preserve">Potvrđujem da su navedeni podaci točni te da </w:t>
      </w:r>
      <w:r w:rsidRPr="009E22B4">
        <w:rPr>
          <w:rFonts w:ascii="Arial" w:hAnsi="Arial" w:cs="Arial"/>
          <w:sz w:val="20"/>
          <w:szCs w:val="20"/>
          <w:lang w:val="hr-HR"/>
        </w:rPr>
        <w:t>sam upoznat/a s time da promjena statusa može utjecati na obvezu plaćanja školarine/participacije i na prava iz studentskog standarda, u sklad</w:t>
      </w:r>
      <w:bookmarkStart w:id="0" w:name="_GoBack"/>
      <w:bookmarkEnd w:id="0"/>
      <w:r w:rsidRPr="009E22B4">
        <w:rPr>
          <w:rFonts w:ascii="Arial" w:hAnsi="Arial" w:cs="Arial"/>
          <w:sz w:val="20"/>
          <w:szCs w:val="20"/>
          <w:lang w:val="hr-HR"/>
        </w:rPr>
        <w:t>u s važećim propisima.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3175"/>
        <w:gridCol w:w="3742"/>
      </w:tblGrid>
      <w:tr w:rsidR="00E75001" w:rsidRPr="009E22B4">
        <w:trPr>
          <w:jc w:val="center"/>
        </w:trPr>
        <w:tc>
          <w:tcPr>
            <w:tcW w:w="317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Mjesto i datum: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br/>
              <w:t>__________________________</w:t>
            </w:r>
          </w:p>
        </w:tc>
        <w:tc>
          <w:tcPr>
            <w:tcW w:w="317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Potpis studenta: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br/>
              <w:t>__________________________</w:t>
            </w:r>
          </w:p>
        </w:tc>
        <w:tc>
          <w:tcPr>
            <w:tcW w:w="374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Datu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m zaprimanja zahtjeva: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br/>
              <w:t>__________________________</w:t>
            </w:r>
          </w:p>
        </w:tc>
      </w:tr>
    </w:tbl>
    <w:p w:rsidR="00A27B0B" w:rsidRPr="009E22B4" w:rsidRDefault="00A27B0B">
      <w:pPr>
        <w:spacing w:before="80" w:after="40"/>
        <w:rPr>
          <w:rFonts w:ascii="Arial" w:hAnsi="Arial" w:cs="Arial"/>
          <w:b/>
          <w:sz w:val="20"/>
          <w:szCs w:val="20"/>
          <w:lang w:val="hr-HR"/>
        </w:rPr>
      </w:pPr>
    </w:p>
    <w:p w:rsidR="00E75001" w:rsidRPr="009E22B4" w:rsidRDefault="002339C6">
      <w:pPr>
        <w:spacing w:before="80" w:after="40"/>
        <w:rPr>
          <w:rFonts w:ascii="Arial" w:hAnsi="Arial" w:cs="Arial"/>
          <w:sz w:val="20"/>
          <w:szCs w:val="20"/>
          <w:lang w:val="hr-HR"/>
        </w:rPr>
      </w:pPr>
      <w:r w:rsidRPr="009E22B4">
        <w:rPr>
          <w:rFonts w:ascii="Arial" w:hAnsi="Arial" w:cs="Arial"/>
          <w:b/>
          <w:sz w:val="20"/>
          <w:szCs w:val="20"/>
          <w:lang w:val="hr-HR"/>
        </w:rPr>
        <w:t>C. SLUŽBENA PROVJERA – ISPUNJAVANJE UVJETA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62"/>
        <w:gridCol w:w="1701"/>
        <w:gridCol w:w="1927"/>
        <w:gridCol w:w="1701"/>
      </w:tblGrid>
      <w:tr w:rsidR="00E75001" w:rsidRPr="009E22B4">
        <w:trPr>
          <w:tblHeader/>
          <w:jc w:val="center"/>
        </w:trPr>
        <w:tc>
          <w:tcPr>
            <w:tcW w:w="4762" w:type="dxa"/>
            <w:shd w:val="clear" w:color="auto" w:fill="D9E2F3"/>
            <w:tcMar>
              <w:top w:w="42" w:type="dxa"/>
              <w:left w:w="50" w:type="dxa"/>
              <w:bottom w:w="42" w:type="dxa"/>
              <w:right w:w="50" w:type="dxa"/>
            </w:tcMar>
          </w:tcPr>
          <w:p w:rsidR="00E75001" w:rsidRPr="009E22B4" w:rsidRDefault="002339C6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>Kriterij</w:t>
            </w:r>
          </w:p>
        </w:tc>
        <w:tc>
          <w:tcPr>
            <w:tcW w:w="1701" w:type="dxa"/>
            <w:shd w:val="clear" w:color="auto" w:fill="D9E2F3"/>
            <w:tcMar>
              <w:top w:w="42" w:type="dxa"/>
              <w:left w:w="50" w:type="dxa"/>
              <w:bottom w:w="42" w:type="dxa"/>
              <w:right w:w="50" w:type="dxa"/>
            </w:tcMar>
          </w:tcPr>
          <w:p w:rsidR="00E75001" w:rsidRPr="009E22B4" w:rsidRDefault="002339C6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>Propisani uvjet</w:t>
            </w:r>
          </w:p>
        </w:tc>
        <w:tc>
          <w:tcPr>
            <w:tcW w:w="1927" w:type="dxa"/>
            <w:shd w:val="clear" w:color="auto" w:fill="D9E2F3"/>
            <w:tcMar>
              <w:top w:w="42" w:type="dxa"/>
              <w:left w:w="50" w:type="dxa"/>
              <w:bottom w:w="42" w:type="dxa"/>
              <w:right w:w="50" w:type="dxa"/>
            </w:tcMar>
          </w:tcPr>
          <w:p w:rsidR="00E75001" w:rsidRPr="009E22B4" w:rsidRDefault="002339C6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>Podatak / provjera</w:t>
            </w:r>
          </w:p>
        </w:tc>
        <w:tc>
          <w:tcPr>
            <w:tcW w:w="1701" w:type="dxa"/>
            <w:shd w:val="clear" w:color="auto" w:fill="D9E2F3"/>
            <w:tcMar>
              <w:top w:w="42" w:type="dxa"/>
              <w:left w:w="50" w:type="dxa"/>
              <w:bottom w:w="42" w:type="dxa"/>
              <w:right w:w="50" w:type="dxa"/>
            </w:tcMar>
          </w:tcPr>
          <w:p w:rsidR="00E75001" w:rsidRPr="009E22B4" w:rsidRDefault="002339C6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>Ispunjava</w:t>
            </w:r>
          </w:p>
        </w:tc>
      </w:tr>
      <w:tr w:rsidR="00E75001" w:rsidRPr="009E22B4">
        <w:trPr>
          <w:jc w:val="center"/>
        </w:trPr>
        <w:tc>
          <w:tcPr>
            <w:tcW w:w="4762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Zahtjev podnesen u propisanom roku</w:t>
            </w:r>
          </w:p>
        </w:tc>
        <w:tc>
          <w:tcPr>
            <w:tcW w:w="1701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—</w:t>
            </w:r>
          </w:p>
        </w:tc>
        <w:tc>
          <w:tcPr>
            <w:tcW w:w="1927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E75001" w:rsidP="00A27B0B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DA   </w:t>
            </w: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NE</w:t>
            </w:r>
          </w:p>
        </w:tc>
      </w:tr>
      <w:tr w:rsidR="00E75001" w:rsidRPr="009E22B4">
        <w:trPr>
          <w:jc w:val="center"/>
        </w:trPr>
        <w:tc>
          <w:tcPr>
            <w:tcW w:w="4762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ECTS bodovi ostvareni u prethodnoj 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akademskoj godini</w:t>
            </w:r>
          </w:p>
        </w:tc>
        <w:tc>
          <w:tcPr>
            <w:tcW w:w="1701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≥ 55 ECTS</w:t>
            </w:r>
          </w:p>
        </w:tc>
        <w:tc>
          <w:tcPr>
            <w:tcW w:w="1927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E75001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DA   </w:t>
            </w: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NE</w:t>
            </w:r>
          </w:p>
        </w:tc>
      </w:tr>
      <w:tr w:rsidR="00E75001" w:rsidRPr="009E22B4">
        <w:trPr>
          <w:jc w:val="center"/>
        </w:trPr>
        <w:tc>
          <w:tcPr>
            <w:tcW w:w="4762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Prosjek ocjena</w:t>
            </w:r>
          </w:p>
        </w:tc>
        <w:tc>
          <w:tcPr>
            <w:tcW w:w="1701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≥ 4,00</w:t>
            </w:r>
          </w:p>
        </w:tc>
        <w:tc>
          <w:tcPr>
            <w:tcW w:w="1927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E75001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DA   </w:t>
            </w: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NE</w:t>
            </w:r>
          </w:p>
        </w:tc>
      </w:tr>
      <w:tr w:rsidR="00E75001" w:rsidRPr="009E22B4">
        <w:trPr>
          <w:jc w:val="center"/>
        </w:trPr>
        <w:tc>
          <w:tcPr>
            <w:tcW w:w="4762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Težinski prosjek ocjena</w:t>
            </w:r>
          </w:p>
        </w:tc>
        <w:tc>
          <w:tcPr>
            <w:tcW w:w="1701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≥ 4,00</w:t>
            </w:r>
          </w:p>
        </w:tc>
        <w:tc>
          <w:tcPr>
            <w:tcW w:w="1927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E75001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DA   </w:t>
            </w: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NE</w:t>
            </w:r>
          </w:p>
        </w:tc>
      </w:tr>
      <w:tr w:rsidR="00E75001" w:rsidRPr="009E22B4">
        <w:trPr>
          <w:jc w:val="center"/>
        </w:trPr>
        <w:tc>
          <w:tcPr>
            <w:tcW w:w="4762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Student nije ponavljao godinu tijekom studija</w:t>
            </w:r>
          </w:p>
        </w:tc>
        <w:tc>
          <w:tcPr>
            <w:tcW w:w="1701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DA</w:t>
            </w:r>
          </w:p>
        </w:tc>
        <w:tc>
          <w:tcPr>
            <w:tcW w:w="1927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E75001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DA   </w:t>
            </w: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NE</w:t>
            </w:r>
          </w:p>
        </w:tc>
      </w:tr>
      <w:tr w:rsidR="00E75001" w:rsidRPr="009E22B4">
        <w:trPr>
          <w:jc w:val="center"/>
        </w:trPr>
        <w:tc>
          <w:tcPr>
            <w:tcW w:w="4762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Student nije prethodno koristio pravo na promjenu statusa</w:t>
            </w:r>
          </w:p>
        </w:tc>
        <w:tc>
          <w:tcPr>
            <w:tcW w:w="1701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DA</w:t>
            </w:r>
          </w:p>
        </w:tc>
        <w:tc>
          <w:tcPr>
            <w:tcW w:w="1927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E75001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DA   </w:t>
            </w: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NE</w:t>
            </w:r>
          </w:p>
        </w:tc>
      </w:tr>
      <w:tr w:rsidR="00E75001" w:rsidRPr="009E22B4">
        <w:trPr>
          <w:jc w:val="center"/>
        </w:trPr>
        <w:tc>
          <w:tcPr>
            <w:tcW w:w="4762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Raspoloživo mjesto u odobrenoj upisnoj kvoti za traženi status*</w:t>
            </w:r>
          </w:p>
        </w:tc>
        <w:tc>
          <w:tcPr>
            <w:tcW w:w="1701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DA</w:t>
            </w:r>
          </w:p>
        </w:tc>
        <w:tc>
          <w:tcPr>
            <w:tcW w:w="1927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E75001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Mar>
              <w:top w:w="36" w:type="dxa"/>
              <w:left w:w="50" w:type="dxa"/>
              <w:bottom w:w="36" w:type="dxa"/>
              <w:right w:w="50" w:type="dxa"/>
            </w:tcMar>
          </w:tcPr>
          <w:p w:rsidR="00E75001" w:rsidRPr="009E22B4" w:rsidRDefault="002339C6">
            <w:pPr>
              <w:jc w:val="center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DA   </w:t>
            </w: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NE</w:t>
            </w:r>
          </w:p>
        </w:tc>
      </w:tr>
    </w:tbl>
    <w:p w:rsidR="00E75001" w:rsidRPr="009E22B4" w:rsidRDefault="002339C6">
      <w:pPr>
        <w:spacing w:before="20" w:after="40"/>
        <w:rPr>
          <w:rFonts w:ascii="Arial" w:hAnsi="Arial" w:cs="Arial"/>
          <w:sz w:val="20"/>
          <w:szCs w:val="20"/>
          <w:lang w:val="hr-HR"/>
        </w:rPr>
      </w:pPr>
      <w:r w:rsidRPr="009E22B4">
        <w:rPr>
          <w:rFonts w:ascii="Arial" w:hAnsi="Arial" w:cs="Arial"/>
          <w:i/>
          <w:sz w:val="20"/>
          <w:szCs w:val="20"/>
          <w:lang w:val="hr-HR"/>
        </w:rPr>
        <w:t xml:space="preserve">* Primjenjuje se ako je raspoloživost mjesta u upisnoj kvoti </w:t>
      </w:r>
      <w:r w:rsidRPr="009E22B4">
        <w:rPr>
          <w:rFonts w:ascii="Arial" w:hAnsi="Arial" w:cs="Arial"/>
          <w:i/>
          <w:sz w:val="20"/>
          <w:szCs w:val="20"/>
          <w:lang w:val="hr-HR"/>
        </w:rPr>
        <w:t>propisana kao uvjet općim aktom ili odlukom Fakulteta.</w:t>
      </w:r>
    </w:p>
    <w:p w:rsidR="00A27B0B" w:rsidRPr="009E22B4" w:rsidRDefault="00A27B0B">
      <w:pPr>
        <w:spacing w:before="40" w:after="40"/>
        <w:rPr>
          <w:rFonts w:ascii="Arial" w:hAnsi="Arial" w:cs="Arial"/>
          <w:b/>
          <w:sz w:val="20"/>
          <w:szCs w:val="20"/>
          <w:lang w:val="hr-HR"/>
        </w:rPr>
      </w:pPr>
    </w:p>
    <w:p w:rsidR="00E75001" w:rsidRPr="009E22B4" w:rsidRDefault="002339C6">
      <w:pPr>
        <w:spacing w:before="40" w:after="40"/>
        <w:rPr>
          <w:rFonts w:ascii="Arial" w:hAnsi="Arial" w:cs="Arial"/>
          <w:sz w:val="20"/>
          <w:szCs w:val="20"/>
          <w:lang w:val="hr-HR"/>
        </w:rPr>
      </w:pPr>
      <w:r w:rsidRPr="009E22B4">
        <w:rPr>
          <w:rFonts w:ascii="Arial" w:hAnsi="Arial" w:cs="Arial"/>
          <w:b/>
          <w:sz w:val="20"/>
          <w:szCs w:val="20"/>
          <w:lang w:val="hr-HR"/>
        </w:rPr>
        <w:t>D. ZAKLJUČAK I ODLUKA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5443"/>
      </w:tblGrid>
      <w:tr w:rsidR="00E75001" w:rsidRPr="009E22B4">
        <w:trPr>
          <w:jc w:val="center"/>
        </w:trPr>
        <w:tc>
          <w:tcPr>
            <w:tcW w:w="4649" w:type="dxa"/>
            <w:shd w:val="clear" w:color="auto" w:fill="EDEDED"/>
            <w:tcMar>
              <w:top w:w="45" w:type="dxa"/>
              <w:left w:w="60" w:type="dxa"/>
              <w:bottom w:w="45" w:type="dxa"/>
              <w:right w:w="60" w:type="dxa"/>
            </w:tcMar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>Zaključak službene provjere</w:t>
            </w:r>
          </w:p>
        </w:tc>
        <w:tc>
          <w:tcPr>
            <w:tcW w:w="5443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ispunjava uvjete      </w:t>
            </w: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ne ispunjava uvjete</w:t>
            </w:r>
          </w:p>
        </w:tc>
      </w:tr>
      <w:tr w:rsidR="00E75001" w:rsidRPr="009E22B4">
        <w:trPr>
          <w:jc w:val="center"/>
        </w:trPr>
        <w:tc>
          <w:tcPr>
            <w:tcW w:w="4649" w:type="dxa"/>
            <w:shd w:val="clear" w:color="auto" w:fill="EDEDED"/>
            <w:tcMar>
              <w:top w:w="45" w:type="dxa"/>
              <w:left w:w="60" w:type="dxa"/>
              <w:bottom w:w="45" w:type="dxa"/>
              <w:right w:w="60" w:type="dxa"/>
            </w:tcMar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>Odluka o zahtjevu</w:t>
            </w:r>
          </w:p>
        </w:tc>
        <w:tc>
          <w:tcPr>
            <w:tcW w:w="5443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ODOBRAVA SE            </w:t>
            </w:r>
            <w:r w:rsidRPr="009E22B4">
              <w:rPr>
                <w:rFonts w:ascii="Segoe UI Symbol" w:hAnsi="Segoe UI Symbol" w:cs="Segoe UI Symbol"/>
                <w:sz w:val="20"/>
                <w:szCs w:val="20"/>
                <w:lang w:val="hr-HR"/>
              </w:rPr>
              <w:t>☐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 xml:space="preserve"> NE ODOBRAVA SE</w:t>
            </w:r>
          </w:p>
        </w:tc>
      </w:tr>
      <w:tr w:rsidR="00E75001" w:rsidRPr="009E22B4">
        <w:trPr>
          <w:jc w:val="center"/>
        </w:trPr>
        <w:tc>
          <w:tcPr>
            <w:tcW w:w="4649" w:type="dxa"/>
            <w:shd w:val="clear" w:color="auto" w:fill="EDEDED"/>
            <w:tcMar>
              <w:top w:w="45" w:type="dxa"/>
              <w:left w:w="60" w:type="dxa"/>
              <w:bottom w:w="45" w:type="dxa"/>
              <w:right w:w="60" w:type="dxa"/>
            </w:tcMar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>KLASA / URBROJ ili broj akta (ako se donosi</w:t>
            </w:r>
            <w:r w:rsidRPr="009E22B4">
              <w:rPr>
                <w:rFonts w:ascii="Arial" w:hAnsi="Arial" w:cs="Arial"/>
                <w:b/>
                <w:sz w:val="20"/>
                <w:szCs w:val="20"/>
                <w:lang w:val="hr-HR"/>
              </w:rPr>
              <w:t xml:space="preserve"> zaseban akt)</w:t>
            </w:r>
          </w:p>
        </w:tc>
        <w:tc>
          <w:tcPr>
            <w:tcW w:w="5443" w:type="dxa"/>
            <w:tcMar>
              <w:top w:w="45" w:type="dxa"/>
              <w:left w:w="60" w:type="dxa"/>
              <w:bottom w:w="45" w:type="dxa"/>
              <w:right w:w="60" w:type="dxa"/>
            </w:tcMar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________________________________________________________</w:t>
            </w:r>
          </w:p>
        </w:tc>
      </w:tr>
    </w:tbl>
    <w:p w:rsidR="00A27B0B" w:rsidRPr="009E22B4" w:rsidRDefault="00A27B0B">
      <w:pPr>
        <w:spacing w:before="60"/>
        <w:rPr>
          <w:rFonts w:ascii="Arial" w:hAnsi="Arial" w:cs="Arial"/>
          <w:b/>
          <w:sz w:val="20"/>
          <w:szCs w:val="20"/>
          <w:lang w:val="hr-HR"/>
        </w:rPr>
      </w:pPr>
    </w:p>
    <w:p w:rsidR="00E75001" w:rsidRPr="009E22B4" w:rsidRDefault="002339C6">
      <w:pPr>
        <w:spacing w:before="60"/>
        <w:rPr>
          <w:rFonts w:ascii="Arial" w:hAnsi="Arial" w:cs="Arial"/>
          <w:sz w:val="20"/>
          <w:szCs w:val="20"/>
          <w:lang w:val="hr-HR"/>
        </w:rPr>
      </w:pPr>
      <w:r w:rsidRPr="009E22B4">
        <w:rPr>
          <w:rFonts w:ascii="Arial" w:hAnsi="Arial" w:cs="Arial"/>
          <w:b/>
          <w:sz w:val="20"/>
          <w:szCs w:val="20"/>
          <w:lang w:val="hr-HR"/>
        </w:rPr>
        <w:t xml:space="preserve">Napomena / obrazloženje: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6"/>
        <w:gridCol w:w="5046"/>
      </w:tblGrid>
      <w:tr w:rsidR="00E75001" w:rsidRPr="009E22B4">
        <w:trPr>
          <w:jc w:val="center"/>
        </w:trPr>
        <w:tc>
          <w:tcPr>
            <w:tcW w:w="5046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Provjerio/la (ime, prezime i potpis):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br/>
              <w:t>______________________________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__________</w:t>
            </w:r>
          </w:p>
        </w:tc>
        <w:tc>
          <w:tcPr>
            <w:tcW w:w="5046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E75001" w:rsidRPr="009E22B4" w:rsidRDefault="002339C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t>Datum i potpis ovlaštene osobe:</w:t>
            </w:r>
            <w:r w:rsidRPr="009E22B4">
              <w:rPr>
                <w:rFonts w:ascii="Arial" w:hAnsi="Arial" w:cs="Arial"/>
                <w:sz w:val="20"/>
                <w:szCs w:val="20"/>
                <w:lang w:val="hr-HR"/>
              </w:rPr>
              <w:br/>
              <w:t>________________________________________</w:t>
            </w:r>
          </w:p>
        </w:tc>
      </w:tr>
    </w:tbl>
    <w:p w:rsidR="002339C6" w:rsidRPr="009E22B4" w:rsidRDefault="002339C6">
      <w:pPr>
        <w:rPr>
          <w:rFonts w:ascii="Arial" w:hAnsi="Arial" w:cs="Arial"/>
          <w:sz w:val="20"/>
          <w:szCs w:val="20"/>
          <w:lang w:val="hr-HR"/>
        </w:rPr>
      </w:pPr>
    </w:p>
    <w:sectPr w:rsidR="002339C6" w:rsidRPr="009E22B4" w:rsidSect="00A27B0B">
      <w:footerReference w:type="default" r:id="rId8"/>
      <w:pgSz w:w="12240" w:h="15840"/>
      <w:pgMar w:top="709" w:right="822" w:bottom="284" w:left="822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39C6" w:rsidRDefault="002339C6">
      <w:pPr>
        <w:rPr>
          <w:rFonts w:hint="eastAsia"/>
        </w:rPr>
      </w:pPr>
      <w:r>
        <w:separator/>
      </w:r>
    </w:p>
  </w:endnote>
  <w:endnote w:type="continuationSeparator" w:id="0">
    <w:p w:rsidR="002339C6" w:rsidRDefault="002339C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001" w:rsidRPr="00406A9E" w:rsidRDefault="002339C6">
    <w:pPr>
      <w:pStyle w:val="Footer"/>
      <w:jc w:val="center"/>
      <w:rPr>
        <w:lang w:val="hr-HR"/>
      </w:rPr>
    </w:pPr>
    <w:r w:rsidRPr="00406A9E">
      <w:rPr>
        <w:i/>
        <w:sz w:val="14"/>
        <w:lang w:val="hr-HR"/>
      </w:rPr>
      <w:t>Obrazac – promjena statusa studenta | Fakultet zdravstvenih znanosti Sveučilišta u Splitu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39C6" w:rsidRDefault="002339C6">
      <w:pPr>
        <w:rPr>
          <w:rFonts w:hint="eastAsia"/>
        </w:rPr>
      </w:pPr>
      <w:r>
        <w:separator/>
      </w:r>
    </w:p>
  </w:footnote>
  <w:footnote w:type="continuationSeparator" w:id="0">
    <w:p w:rsidR="002339C6" w:rsidRDefault="002339C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39C6"/>
    <w:rsid w:val="0029639D"/>
    <w:rsid w:val="00326F90"/>
    <w:rsid w:val="00406A9E"/>
    <w:rsid w:val="009E22B4"/>
    <w:rsid w:val="00A27B0B"/>
    <w:rsid w:val="00AA1D8D"/>
    <w:rsid w:val="00B47730"/>
    <w:rsid w:val="00CB0664"/>
    <w:rsid w:val="00E750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A6E68"/>
  <w14:defaultImageDpi w14:val="300"/>
  <w15:docId w15:val="{D761172D-5D87-4624-8929-6F28D399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B23DAD-9569-48CC-A398-8CD72A612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promjenu statusa studenta</dc:title>
  <dc:subject>Tablični obrazac za promjenu statusa studenta</dc:subject>
  <dc:creator>Fakultet zdravstvenih znanosti Sveučilišta u Splitu</dc:creator>
  <cp:keywords/>
  <dc:description>generated by python-docx</dc:description>
  <cp:lastModifiedBy>Jadranka Vrsalović</cp:lastModifiedBy>
  <cp:revision>5</cp:revision>
  <dcterms:created xsi:type="dcterms:W3CDTF">2013-12-23T23:15:00Z</dcterms:created>
  <dcterms:modified xsi:type="dcterms:W3CDTF">2026-09-10T13:47:00Z</dcterms:modified>
  <cp:category/>
</cp:coreProperties>
</file>