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7889" w:rsidRPr="00013D67" w:rsidRDefault="00AC3D5A">
      <w:pPr>
        <w:jc w:val="center"/>
        <w:rPr>
          <w:rFonts w:ascii="Arial" w:hAnsi="Arial" w:cs="Arial"/>
          <w:lang w:val="hr-HR"/>
        </w:rPr>
      </w:pPr>
      <w:bookmarkStart w:id="0" w:name="_GoBack"/>
      <w:r w:rsidRPr="00013D67">
        <w:rPr>
          <w:rFonts w:ascii="Arial" w:hAnsi="Arial" w:cs="Arial"/>
          <w:b/>
          <w:sz w:val="24"/>
          <w:lang w:val="hr-HR"/>
        </w:rPr>
        <w:t>SVEUČILIŠTE U SPLITU</w:t>
      </w:r>
      <w:r w:rsidRPr="00013D67">
        <w:rPr>
          <w:rFonts w:ascii="Arial" w:hAnsi="Arial" w:cs="Arial"/>
          <w:b/>
          <w:sz w:val="24"/>
          <w:lang w:val="hr-HR"/>
        </w:rPr>
        <w:br/>
        <w:t>FAKULTET ZDRAVSTVENIH ZNANOSTI</w:t>
      </w:r>
      <w:r w:rsidRPr="00013D67">
        <w:rPr>
          <w:rFonts w:ascii="Arial" w:hAnsi="Arial" w:cs="Arial"/>
          <w:sz w:val="19"/>
          <w:lang w:val="hr-HR"/>
        </w:rPr>
        <w:br/>
        <w:t>Ruđera Boškovića 35, 21000 Split</w:t>
      </w:r>
    </w:p>
    <w:p w:rsidR="00A47889" w:rsidRPr="00013D67" w:rsidRDefault="00AC3D5A">
      <w:pPr>
        <w:jc w:val="center"/>
        <w:rPr>
          <w:rFonts w:ascii="Arial" w:hAnsi="Arial" w:cs="Arial"/>
          <w:lang w:val="hr-HR"/>
        </w:rPr>
      </w:pPr>
      <w:r w:rsidRPr="00013D67">
        <w:rPr>
          <w:rFonts w:ascii="Arial" w:hAnsi="Arial" w:cs="Arial"/>
          <w:b/>
          <w:sz w:val="28"/>
          <w:lang w:val="hr-HR"/>
        </w:rPr>
        <w:t>ZAMOLBA ZA PLAĆANJE ŠKOLARINE U OBROCIMA</w:t>
      </w:r>
    </w:p>
    <w:p w:rsidR="00A47889" w:rsidRPr="00013D67" w:rsidRDefault="00AC3D5A">
      <w:pPr>
        <w:spacing w:after="80"/>
        <w:rPr>
          <w:rFonts w:ascii="Arial" w:hAnsi="Arial" w:cs="Arial"/>
          <w:lang w:val="hr-HR"/>
        </w:rPr>
      </w:pPr>
      <w:r w:rsidRPr="00013D67">
        <w:rPr>
          <w:rFonts w:ascii="Arial" w:hAnsi="Arial" w:cs="Arial"/>
          <w:b/>
          <w:sz w:val="22"/>
          <w:lang w:val="hr-HR"/>
        </w:rPr>
        <w:t>1. PODATCI O STUDENTU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A47889" w:rsidRPr="00013D6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47889" w:rsidRPr="00013D67" w:rsidRDefault="00AC3D5A">
            <w:pPr>
              <w:rPr>
                <w:rFonts w:ascii="Arial" w:hAnsi="Arial" w:cs="Arial"/>
                <w:lang w:val="hr-HR"/>
              </w:rPr>
            </w:pPr>
            <w:r w:rsidRPr="00013D67">
              <w:rPr>
                <w:rFonts w:ascii="Arial" w:hAnsi="Arial" w:cs="Arial"/>
                <w:b/>
                <w:sz w:val="19"/>
                <w:lang w:val="hr-HR"/>
              </w:rPr>
              <w:t>Ime i prezime</w:t>
            </w:r>
          </w:p>
        </w:tc>
        <w:tc>
          <w:tcPr>
            <w:tcW w:w="498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47889" w:rsidRPr="00013D67" w:rsidRDefault="00AC3D5A">
            <w:pPr>
              <w:rPr>
                <w:rFonts w:ascii="Arial" w:hAnsi="Arial" w:cs="Arial"/>
                <w:lang w:val="hr-HR"/>
              </w:rPr>
            </w:pPr>
            <w:r w:rsidRPr="00013D67">
              <w:rPr>
                <w:rFonts w:ascii="Arial" w:hAnsi="Arial" w:cs="Arial"/>
                <w:lang w:val="hr-HR"/>
              </w:rPr>
              <w:t xml:space="preserve"> </w:t>
            </w:r>
          </w:p>
        </w:tc>
      </w:tr>
      <w:tr w:rsidR="00A47889" w:rsidRPr="00013D6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47889" w:rsidRPr="00013D67" w:rsidRDefault="00AC3D5A">
            <w:pPr>
              <w:rPr>
                <w:rFonts w:ascii="Arial" w:hAnsi="Arial" w:cs="Arial"/>
                <w:lang w:val="hr-HR"/>
              </w:rPr>
            </w:pPr>
            <w:r w:rsidRPr="00013D67">
              <w:rPr>
                <w:rFonts w:ascii="Arial" w:hAnsi="Arial" w:cs="Arial"/>
                <w:b/>
                <w:sz w:val="19"/>
                <w:lang w:val="hr-HR"/>
              </w:rPr>
              <w:t>Adresa prebivališta</w:t>
            </w:r>
          </w:p>
        </w:tc>
        <w:tc>
          <w:tcPr>
            <w:tcW w:w="498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47889" w:rsidRPr="00013D67" w:rsidRDefault="00AC3D5A">
            <w:pPr>
              <w:rPr>
                <w:rFonts w:ascii="Arial" w:hAnsi="Arial" w:cs="Arial"/>
                <w:lang w:val="hr-HR"/>
              </w:rPr>
            </w:pPr>
            <w:r w:rsidRPr="00013D67">
              <w:rPr>
                <w:rFonts w:ascii="Arial" w:hAnsi="Arial" w:cs="Arial"/>
                <w:lang w:val="hr-HR"/>
              </w:rPr>
              <w:t xml:space="preserve"> </w:t>
            </w:r>
          </w:p>
        </w:tc>
      </w:tr>
      <w:tr w:rsidR="00A47889" w:rsidRPr="00013D6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47889" w:rsidRPr="00013D67" w:rsidRDefault="00AC3D5A">
            <w:pPr>
              <w:rPr>
                <w:rFonts w:ascii="Arial" w:hAnsi="Arial" w:cs="Arial"/>
                <w:lang w:val="hr-HR"/>
              </w:rPr>
            </w:pPr>
            <w:r w:rsidRPr="00013D67">
              <w:rPr>
                <w:rFonts w:ascii="Arial" w:hAnsi="Arial" w:cs="Arial"/>
                <w:b/>
                <w:sz w:val="19"/>
                <w:lang w:val="hr-HR"/>
              </w:rPr>
              <w:t>Telefon / mobitel</w:t>
            </w:r>
          </w:p>
        </w:tc>
        <w:tc>
          <w:tcPr>
            <w:tcW w:w="498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47889" w:rsidRPr="00013D67" w:rsidRDefault="00AC3D5A">
            <w:pPr>
              <w:rPr>
                <w:rFonts w:ascii="Arial" w:hAnsi="Arial" w:cs="Arial"/>
                <w:lang w:val="hr-HR"/>
              </w:rPr>
            </w:pPr>
            <w:r w:rsidRPr="00013D67">
              <w:rPr>
                <w:rFonts w:ascii="Arial" w:hAnsi="Arial" w:cs="Arial"/>
                <w:lang w:val="hr-HR"/>
              </w:rPr>
              <w:t xml:space="preserve"> </w:t>
            </w:r>
          </w:p>
        </w:tc>
      </w:tr>
      <w:tr w:rsidR="00A47889" w:rsidRPr="00013D6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47889" w:rsidRPr="00013D67" w:rsidRDefault="00AC3D5A">
            <w:pPr>
              <w:rPr>
                <w:rFonts w:ascii="Arial" w:hAnsi="Arial" w:cs="Arial"/>
                <w:lang w:val="hr-HR"/>
              </w:rPr>
            </w:pPr>
            <w:r w:rsidRPr="00013D67">
              <w:rPr>
                <w:rFonts w:ascii="Arial" w:hAnsi="Arial" w:cs="Arial"/>
                <w:b/>
                <w:sz w:val="19"/>
                <w:lang w:val="hr-HR"/>
              </w:rPr>
              <w:t>E-mail</w:t>
            </w:r>
          </w:p>
        </w:tc>
        <w:tc>
          <w:tcPr>
            <w:tcW w:w="498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47889" w:rsidRPr="00013D67" w:rsidRDefault="00AC3D5A">
            <w:pPr>
              <w:rPr>
                <w:rFonts w:ascii="Arial" w:hAnsi="Arial" w:cs="Arial"/>
                <w:lang w:val="hr-HR"/>
              </w:rPr>
            </w:pPr>
            <w:r w:rsidRPr="00013D67">
              <w:rPr>
                <w:rFonts w:ascii="Arial" w:hAnsi="Arial" w:cs="Arial"/>
                <w:lang w:val="hr-HR"/>
              </w:rPr>
              <w:t xml:space="preserve"> </w:t>
            </w:r>
          </w:p>
        </w:tc>
      </w:tr>
      <w:tr w:rsidR="00A47889" w:rsidRPr="00013D6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47889" w:rsidRPr="00013D67" w:rsidRDefault="00AC3D5A">
            <w:pPr>
              <w:rPr>
                <w:rFonts w:ascii="Arial" w:hAnsi="Arial" w:cs="Arial"/>
                <w:lang w:val="hr-HR"/>
              </w:rPr>
            </w:pPr>
            <w:r w:rsidRPr="00013D67">
              <w:rPr>
                <w:rFonts w:ascii="Arial" w:hAnsi="Arial" w:cs="Arial"/>
                <w:b/>
                <w:sz w:val="19"/>
                <w:lang w:val="hr-HR"/>
              </w:rPr>
              <w:t>JMBAG</w:t>
            </w:r>
            <w:r w:rsidR="00013D67" w:rsidRPr="00013D67">
              <w:rPr>
                <w:rFonts w:ascii="Arial" w:hAnsi="Arial" w:cs="Arial"/>
                <w:b/>
                <w:sz w:val="19"/>
                <w:lang w:val="hr-HR"/>
              </w:rPr>
              <w:t xml:space="preserve"> </w:t>
            </w:r>
            <w:r w:rsidR="00013D67" w:rsidRPr="00013D67">
              <w:rPr>
                <w:rFonts w:ascii="Arial" w:hAnsi="Arial" w:cs="Arial"/>
                <w:b/>
                <w:sz w:val="16"/>
                <w:szCs w:val="16"/>
                <w:lang w:val="hr-HR"/>
              </w:rPr>
              <w:t>(jedinstveni matični broj akademskog građanina)</w:t>
            </w:r>
          </w:p>
        </w:tc>
        <w:tc>
          <w:tcPr>
            <w:tcW w:w="498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47889" w:rsidRPr="00013D67" w:rsidRDefault="00AC3D5A">
            <w:pPr>
              <w:rPr>
                <w:rFonts w:ascii="Arial" w:hAnsi="Arial" w:cs="Arial"/>
                <w:lang w:val="hr-HR"/>
              </w:rPr>
            </w:pPr>
            <w:r w:rsidRPr="00013D67">
              <w:rPr>
                <w:rFonts w:ascii="Arial" w:hAnsi="Arial" w:cs="Arial"/>
                <w:lang w:val="hr-HR"/>
              </w:rPr>
              <w:t xml:space="preserve"> </w:t>
            </w:r>
          </w:p>
        </w:tc>
      </w:tr>
      <w:tr w:rsidR="00A47889" w:rsidRPr="00013D6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47889" w:rsidRPr="00013D67" w:rsidRDefault="00AC3D5A">
            <w:pPr>
              <w:rPr>
                <w:rFonts w:ascii="Arial" w:hAnsi="Arial" w:cs="Arial"/>
                <w:lang w:val="hr-HR"/>
              </w:rPr>
            </w:pPr>
            <w:r w:rsidRPr="00013D67">
              <w:rPr>
                <w:rFonts w:ascii="Arial" w:hAnsi="Arial" w:cs="Arial"/>
                <w:b/>
                <w:sz w:val="19"/>
                <w:lang w:val="hr-HR"/>
              </w:rPr>
              <w:t>Naziv studija</w:t>
            </w:r>
          </w:p>
        </w:tc>
        <w:tc>
          <w:tcPr>
            <w:tcW w:w="498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47889" w:rsidRPr="00013D67" w:rsidRDefault="00AC3D5A">
            <w:pPr>
              <w:rPr>
                <w:rFonts w:ascii="Arial" w:hAnsi="Arial" w:cs="Arial"/>
                <w:lang w:val="hr-HR"/>
              </w:rPr>
            </w:pPr>
            <w:r w:rsidRPr="00013D67">
              <w:rPr>
                <w:rFonts w:ascii="Arial" w:hAnsi="Arial" w:cs="Arial"/>
                <w:lang w:val="hr-HR"/>
              </w:rPr>
              <w:t xml:space="preserve"> </w:t>
            </w:r>
          </w:p>
        </w:tc>
      </w:tr>
      <w:tr w:rsidR="00A47889" w:rsidRPr="00013D6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47889" w:rsidRPr="00013D67" w:rsidRDefault="00AC3D5A">
            <w:pPr>
              <w:rPr>
                <w:rFonts w:ascii="Arial" w:hAnsi="Arial" w:cs="Arial"/>
                <w:lang w:val="hr-HR"/>
              </w:rPr>
            </w:pPr>
            <w:r w:rsidRPr="00013D67">
              <w:rPr>
                <w:rFonts w:ascii="Arial" w:hAnsi="Arial" w:cs="Arial"/>
                <w:b/>
                <w:sz w:val="19"/>
                <w:lang w:val="hr-HR"/>
              </w:rPr>
              <w:t xml:space="preserve">Godina </w:t>
            </w:r>
            <w:r w:rsidRPr="00013D67">
              <w:rPr>
                <w:rFonts w:ascii="Arial" w:hAnsi="Arial" w:cs="Arial"/>
                <w:b/>
                <w:sz w:val="19"/>
                <w:lang w:val="hr-HR"/>
              </w:rPr>
              <w:t>studija</w:t>
            </w:r>
          </w:p>
        </w:tc>
        <w:tc>
          <w:tcPr>
            <w:tcW w:w="498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47889" w:rsidRPr="00013D67" w:rsidRDefault="00AC3D5A">
            <w:pPr>
              <w:rPr>
                <w:rFonts w:ascii="Arial" w:hAnsi="Arial" w:cs="Arial"/>
                <w:lang w:val="hr-HR"/>
              </w:rPr>
            </w:pPr>
            <w:r w:rsidRPr="00013D67">
              <w:rPr>
                <w:rFonts w:ascii="Arial" w:hAnsi="Arial" w:cs="Arial"/>
                <w:lang w:val="hr-HR"/>
              </w:rPr>
              <w:t xml:space="preserve"> </w:t>
            </w:r>
          </w:p>
        </w:tc>
      </w:tr>
    </w:tbl>
    <w:p w:rsidR="00A47889" w:rsidRPr="00013D67" w:rsidRDefault="00AC3D5A">
      <w:pPr>
        <w:spacing w:before="180" w:after="80"/>
        <w:rPr>
          <w:rFonts w:ascii="Arial" w:hAnsi="Arial" w:cs="Arial"/>
          <w:lang w:val="hr-HR"/>
        </w:rPr>
      </w:pPr>
      <w:r w:rsidRPr="00013D67">
        <w:rPr>
          <w:rFonts w:ascii="Arial" w:hAnsi="Arial" w:cs="Arial"/>
          <w:b/>
          <w:sz w:val="22"/>
          <w:lang w:val="hr-HR"/>
        </w:rPr>
        <w:t>2. PODATCI O ZAMOLBI</w:t>
      </w:r>
    </w:p>
    <w:p w:rsidR="00A47889" w:rsidRPr="00013D67" w:rsidRDefault="00AC3D5A">
      <w:pPr>
        <w:spacing w:after="80"/>
        <w:rPr>
          <w:rFonts w:ascii="Arial" w:hAnsi="Arial" w:cs="Arial"/>
          <w:lang w:val="hr-HR"/>
        </w:rPr>
      </w:pPr>
      <w:r w:rsidRPr="00013D67">
        <w:rPr>
          <w:rFonts w:ascii="Arial" w:hAnsi="Arial" w:cs="Arial"/>
          <w:lang w:val="hr-HR"/>
        </w:rPr>
        <w:t xml:space="preserve">Molim da mi se odobri plaćanje školarine za akademsku godinu </w:t>
      </w:r>
      <w:r w:rsidRPr="00013D67">
        <w:rPr>
          <w:rFonts w:ascii="Arial" w:hAnsi="Arial" w:cs="Arial"/>
          <w:b/>
          <w:lang w:val="hr-HR"/>
        </w:rPr>
        <w:t>20____/20____</w:t>
      </w:r>
      <w:r w:rsidRPr="00013D67">
        <w:rPr>
          <w:rFonts w:ascii="Arial" w:hAnsi="Arial" w:cs="Arial"/>
          <w:lang w:val="hr-HR"/>
        </w:rPr>
        <w:t xml:space="preserve"> u obrocima.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A47889" w:rsidRPr="00013D6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47889" w:rsidRPr="00013D67" w:rsidRDefault="00AC3D5A">
            <w:pPr>
              <w:rPr>
                <w:rFonts w:ascii="Arial" w:hAnsi="Arial" w:cs="Arial"/>
                <w:lang w:val="hr-HR"/>
              </w:rPr>
            </w:pPr>
            <w:r w:rsidRPr="00013D67">
              <w:rPr>
                <w:rFonts w:ascii="Arial" w:hAnsi="Arial" w:cs="Arial"/>
                <w:b/>
                <w:lang w:val="hr-HR"/>
              </w:rPr>
              <w:t>Ukupan iznos školarine (EUR)</w:t>
            </w:r>
          </w:p>
        </w:tc>
        <w:tc>
          <w:tcPr>
            <w:tcW w:w="498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47889" w:rsidRPr="00013D67" w:rsidRDefault="00A47889">
            <w:pPr>
              <w:rPr>
                <w:rFonts w:ascii="Arial" w:hAnsi="Arial" w:cs="Arial"/>
                <w:lang w:val="hr-HR"/>
              </w:rPr>
            </w:pPr>
          </w:p>
        </w:tc>
      </w:tr>
      <w:tr w:rsidR="00A47889" w:rsidRPr="00013D6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47889" w:rsidRPr="00013D67" w:rsidRDefault="00AC3D5A">
            <w:pPr>
              <w:rPr>
                <w:rFonts w:ascii="Arial" w:hAnsi="Arial" w:cs="Arial"/>
                <w:lang w:val="hr-HR"/>
              </w:rPr>
            </w:pPr>
            <w:r w:rsidRPr="00013D67">
              <w:rPr>
                <w:rFonts w:ascii="Arial" w:hAnsi="Arial" w:cs="Arial"/>
                <w:b/>
                <w:lang w:val="hr-HR"/>
              </w:rPr>
              <w:t>Predloženi broj obroka</w:t>
            </w:r>
          </w:p>
        </w:tc>
        <w:tc>
          <w:tcPr>
            <w:tcW w:w="498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A47889" w:rsidRPr="00013D67" w:rsidRDefault="00A47889">
            <w:pPr>
              <w:rPr>
                <w:rFonts w:ascii="Arial" w:hAnsi="Arial" w:cs="Arial"/>
                <w:lang w:val="hr-HR"/>
              </w:rPr>
            </w:pPr>
          </w:p>
        </w:tc>
      </w:tr>
    </w:tbl>
    <w:p w:rsidR="00A47889" w:rsidRPr="00013D67" w:rsidRDefault="00AC3D5A">
      <w:pPr>
        <w:spacing w:before="140" w:after="40"/>
        <w:rPr>
          <w:rFonts w:ascii="Arial" w:hAnsi="Arial" w:cs="Arial"/>
          <w:lang w:val="hr-HR"/>
        </w:rPr>
      </w:pPr>
      <w:r w:rsidRPr="00013D67">
        <w:rPr>
          <w:rFonts w:ascii="Arial" w:hAnsi="Arial" w:cs="Arial"/>
          <w:b/>
          <w:lang w:val="hr-HR"/>
        </w:rPr>
        <w:t>Kratko obrazloženje zamolbe:</w:t>
      </w:r>
    </w:p>
    <w:p w:rsidR="00A47889" w:rsidRPr="00013D67" w:rsidRDefault="00AC3D5A">
      <w:pPr>
        <w:spacing w:after="0"/>
        <w:rPr>
          <w:rFonts w:ascii="Arial" w:hAnsi="Arial" w:cs="Arial"/>
          <w:lang w:val="hr-HR"/>
        </w:rPr>
      </w:pPr>
      <w:r w:rsidRPr="00013D67">
        <w:rPr>
          <w:rFonts w:ascii="Arial" w:hAnsi="Arial" w:cs="Arial"/>
          <w:lang w:val="hr-HR"/>
        </w:rPr>
        <w:t>____________________________________________________</w:t>
      </w:r>
      <w:r w:rsidRPr="00013D67">
        <w:rPr>
          <w:rFonts w:ascii="Arial" w:hAnsi="Arial" w:cs="Arial"/>
          <w:lang w:val="hr-HR"/>
        </w:rPr>
        <w:t>____________________________</w:t>
      </w:r>
    </w:p>
    <w:p w:rsidR="00A47889" w:rsidRPr="00013D67" w:rsidRDefault="00AC3D5A">
      <w:pPr>
        <w:spacing w:after="0"/>
        <w:rPr>
          <w:rFonts w:ascii="Arial" w:hAnsi="Arial" w:cs="Arial"/>
          <w:lang w:val="hr-HR"/>
        </w:rPr>
      </w:pPr>
      <w:r w:rsidRPr="00013D67">
        <w:rPr>
          <w:rFonts w:ascii="Arial" w:hAnsi="Arial" w:cs="Arial"/>
          <w:lang w:val="hr-HR"/>
        </w:rPr>
        <w:t>________________________________________________________________________________</w:t>
      </w:r>
    </w:p>
    <w:p w:rsidR="00A47889" w:rsidRPr="00013D67" w:rsidRDefault="00AC3D5A">
      <w:pPr>
        <w:spacing w:after="0"/>
        <w:rPr>
          <w:rFonts w:ascii="Arial" w:hAnsi="Arial" w:cs="Arial"/>
          <w:lang w:val="hr-HR"/>
        </w:rPr>
      </w:pPr>
      <w:r w:rsidRPr="00013D67">
        <w:rPr>
          <w:rFonts w:ascii="Arial" w:hAnsi="Arial" w:cs="Arial"/>
          <w:lang w:val="hr-HR"/>
        </w:rPr>
        <w:t>________________________________________________________________________________</w:t>
      </w:r>
    </w:p>
    <w:p w:rsidR="00A47889" w:rsidRPr="00013D67" w:rsidRDefault="00AC3D5A">
      <w:pPr>
        <w:spacing w:before="160" w:after="60"/>
        <w:rPr>
          <w:rFonts w:ascii="Arial" w:hAnsi="Arial" w:cs="Arial"/>
          <w:lang w:val="hr-HR"/>
        </w:rPr>
      </w:pPr>
      <w:r w:rsidRPr="00013D67">
        <w:rPr>
          <w:rFonts w:ascii="Arial" w:hAnsi="Arial" w:cs="Arial"/>
          <w:b/>
          <w:sz w:val="22"/>
          <w:lang w:val="hr-HR"/>
        </w:rPr>
        <w:t>3. PRILOŽENA DOKUMENTACIJA</w:t>
      </w:r>
    </w:p>
    <w:p w:rsidR="00A47889" w:rsidRPr="00013D67" w:rsidRDefault="00AC3D5A">
      <w:pPr>
        <w:spacing w:after="20"/>
        <w:ind w:left="170"/>
        <w:rPr>
          <w:rFonts w:ascii="Arial" w:hAnsi="Arial" w:cs="Arial"/>
          <w:lang w:val="hr-HR"/>
        </w:rPr>
      </w:pPr>
      <w:r w:rsidRPr="00013D67">
        <w:rPr>
          <w:rFonts w:ascii="Segoe UI Symbol" w:hAnsi="Segoe UI Symbol" w:cs="Segoe UI Symbol"/>
          <w:lang w:val="hr-HR"/>
        </w:rPr>
        <w:t>☐</w:t>
      </w:r>
      <w:r w:rsidRPr="00013D67">
        <w:rPr>
          <w:rFonts w:ascii="Arial" w:hAnsi="Arial" w:cs="Arial"/>
          <w:lang w:val="hr-HR"/>
        </w:rPr>
        <w:t xml:space="preserve"> </w:t>
      </w:r>
      <w:r w:rsidRPr="00013D67">
        <w:rPr>
          <w:rFonts w:ascii="Arial" w:hAnsi="Arial" w:cs="Arial"/>
          <w:lang w:val="hr-HR"/>
        </w:rPr>
        <w:t xml:space="preserve">potvrda nadležnog tijela socijalne </w:t>
      </w:r>
      <w:r w:rsidRPr="00013D67">
        <w:rPr>
          <w:rFonts w:ascii="Arial" w:hAnsi="Arial" w:cs="Arial"/>
          <w:lang w:val="hr-HR"/>
        </w:rPr>
        <w:t>skrbi / druga odgovarajuća potvrda</w:t>
      </w:r>
    </w:p>
    <w:p w:rsidR="00A47889" w:rsidRPr="00013D67" w:rsidRDefault="00AC3D5A">
      <w:pPr>
        <w:spacing w:after="20"/>
        <w:ind w:left="170"/>
        <w:rPr>
          <w:rFonts w:ascii="Arial" w:hAnsi="Arial" w:cs="Arial"/>
          <w:lang w:val="hr-HR"/>
        </w:rPr>
      </w:pPr>
      <w:r w:rsidRPr="00013D67">
        <w:rPr>
          <w:rFonts w:ascii="Segoe UI Symbol" w:hAnsi="Segoe UI Symbol" w:cs="Segoe UI Symbol"/>
          <w:lang w:val="hr-HR"/>
        </w:rPr>
        <w:t>☐</w:t>
      </w:r>
      <w:r w:rsidRPr="00013D67">
        <w:rPr>
          <w:rFonts w:ascii="Arial" w:hAnsi="Arial" w:cs="Arial"/>
          <w:lang w:val="hr-HR"/>
        </w:rPr>
        <w:t xml:space="preserve"> </w:t>
      </w:r>
      <w:r w:rsidRPr="00013D67">
        <w:rPr>
          <w:rFonts w:ascii="Arial" w:hAnsi="Arial" w:cs="Arial"/>
          <w:lang w:val="hr-HR"/>
        </w:rPr>
        <w:t>dokaz o prihodima članova zajedničkog kućanstva</w:t>
      </w:r>
    </w:p>
    <w:p w:rsidR="00A47889" w:rsidRPr="00013D67" w:rsidRDefault="00AC3D5A">
      <w:pPr>
        <w:spacing w:after="20"/>
        <w:ind w:left="170"/>
        <w:rPr>
          <w:rFonts w:ascii="Arial" w:hAnsi="Arial" w:cs="Arial"/>
          <w:lang w:val="hr-HR"/>
        </w:rPr>
      </w:pPr>
      <w:r w:rsidRPr="00013D67">
        <w:rPr>
          <w:rFonts w:ascii="Segoe UI Symbol" w:hAnsi="Segoe UI Symbol" w:cs="Segoe UI Symbol"/>
          <w:lang w:val="hr-HR"/>
        </w:rPr>
        <w:t>☐</w:t>
      </w:r>
      <w:r w:rsidRPr="00013D67">
        <w:rPr>
          <w:rFonts w:ascii="Arial" w:hAnsi="Arial" w:cs="Arial"/>
          <w:lang w:val="hr-HR"/>
        </w:rPr>
        <w:t xml:space="preserve"> </w:t>
      </w:r>
      <w:r w:rsidRPr="00013D67">
        <w:rPr>
          <w:rFonts w:ascii="Arial" w:hAnsi="Arial" w:cs="Arial"/>
          <w:lang w:val="hr-HR"/>
        </w:rPr>
        <w:t>izjava o članovima zajedničkog kućanstva</w:t>
      </w:r>
    </w:p>
    <w:p w:rsidR="00A47889" w:rsidRPr="00013D67" w:rsidRDefault="00AC3D5A">
      <w:pPr>
        <w:spacing w:after="20"/>
        <w:ind w:left="170"/>
        <w:rPr>
          <w:rFonts w:ascii="Arial" w:hAnsi="Arial" w:cs="Arial"/>
          <w:lang w:val="hr-HR"/>
        </w:rPr>
      </w:pPr>
      <w:r w:rsidRPr="00013D67">
        <w:rPr>
          <w:rFonts w:ascii="Segoe UI Symbol" w:hAnsi="Segoe UI Symbol" w:cs="Segoe UI Symbol"/>
          <w:lang w:val="hr-HR"/>
        </w:rPr>
        <w:t>☐</w:t>
      </w:r>
      <w:r w:rsidRPr="00013D67">
        <w:rPr>
          <w:rFonts w:ascii="Arial" w:hAnsi="Arial" w:cs="Arial"/>
          <w:lang w:val="hr-HR"/>
        </w:rPr>
        <w:t xml:space="preserve"> </w:t>
      </w:r>
      <w:r w:rsidRPr="00013D67">
        <w:rPr>
          <w:rFonts w:ascii="Arial" w:hAnsi="Arial" w:cs="Arial"/>
          <w:lang w:val="hr-HR"/>
        </w:rPr>
        <w:t>dokumentacija kojom se dokazuje status studenta s invaliditetom, ako je primjenjivo</w:t>
      </w:r>
    </w:p>
    <w:p w:rsidR="00A47889" w:rsidRPr="00013D67" w:rsidRDefault="00AC3D5A">
      <w:pPr>
        <w:spacing w:after="20"/>
        <w:ind w:left="170"/>
        <w:rPr>
          <w:rFonts w:ascii="Arial" w:hAnsi="Arial" w:cs="Arial"/>
          <w:lang w:val="hr-HR"/>
        </w:rPr>
      </w:pPr>
      <w:r w:rsidRPr="00013D67">
        <w:rPr>
          <w:rFonts w:ascii="Segoe UI Symbol" w:hAnsi="Segoe UI Symbol" w:cs="Segoe UI Symbol"/>
          <w:lang w:val="hr-HR"/>
        </w:rPr>
        <w:t>☐</w:t>
      </w:r>
      <w:r w:rsidRPr="00013D67">
        <w:rPr>
          <w:rFonts w:ascii="Arial" w:hAnsi="Arial" w:cs="Arial"/>
          <w:lang w:val="hr-HR"/>
        </w:rPr>
        <w:t xml:space="preserve"> </w:t>
      </w:r>
      <w:r w:rsidRPr="00013D67">
        <w:rPr>
          <w:rFonts w:ascii="Arial" w:hAnsi="Arial" w:cs="Arial"/>
          <w:lang w:val="hr-HR"/>
        </w:rPr>
        <w:t>drugo: _________________________________</w:t>
      </w:r>
      <w:r w:rsidRPr="00013D67">
        <w:rPr>
          <w:rFonts w:ascii="Arial" w:hAnsi="Arial" w:cs="Arial"/>
          <w:lang w:val="hr-HR"/>
        </w:rPr>
        <w:t>_______________</w:t>
      </w:r>
    </w:p>
    <w:p w:rsidR="00A47889" w:rsidRPr="00013D67" w:rsidRDefault="00AC3D5A">
      <w:pPr>
        <w:spacing w:before="100" w:after="100"/>
        <w:rPr>
          <w:rFonts w:ascii="Arial" w:hAnsi="Arial" w:cs="Arial"/>
          <w:lang w:val="hr-HR"/>
        </w:rPr>
      </w:pPr>
      <w:r w:rsidRPr="00013D67">
        <w:rPr>
          <w:rFonts w:ascii="Arial" w:hAnsi="Arial" w:cs="Arial"/>
          <w:b/>
          <w:lang w:val="hr-HR"/>
        </w:rPr>
        <w:t xml:space="preserve">Napomena: </w:t>
      </w:r>
      <w:r w:rsidRPr="00013D67">
        <w:rPr>
          <w:rFonts w:ascii="Arial" w:hAnsi="Arial" w:cs="Arial"/>
          <w:lang w:val="hr-HR"/>
        </w:rPr>
        <w:t>Fakultet može, radi odlučivanja o zamolbi, zatražiti dodatnu dokumentaciju. Podatke o statusu studenta Fakultet provjerava u službenim evidencijama.</w:t>
      </w:r>
    </w:p>
    <w:p w:rsidR="00A47889" w:rsidRPr="00013D67" w:rsidRDefault="00AC3D5A">
      <w:pPr>
        <w:spacing w:before="60" w:after="120"/>
        <w:rPr>
          <w:rFonts w:ascii="Arial" w:hAnsi="Arial" w:cs="Arial"/>
          <w:lang w:val="hr-HR"/>
        </w:rPr>
      </w:pPr>
      <w:r w:rsidRPr="00013D67">
        <w:rPr>
          <w:rFonts w:ascii="Arial" w:hAnsi="Arial" w:cs="Arial"/>
          <w:i/>
          <w:lang w:val="hr-HR"/>
        </w:rPr>
        <w:t>Izjavljujem da su podatci navedeni u ovoj zamolbi i priloženoj dokumentaciji točn</w:t>
      </w:r>
      <w:r w:rsidRPr="00013D67">
        <w:rPr>
          <w:rFonts w:ascii="Arial" w:hAnsi="Arial" w:cs="Arial"/>
          <w:i/>
          <w:lang w:val="hr-HR"/>
        </w:rPr>
        <w:t>i i potpuni.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A47889" w:rsidRPr="00013D67">
        <w:trPr>
          <w:jc w:val="center"/>
        </w:trPr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</w:tcPr>
          <w:p w:rsidR="00A47889" w:rsidRPr="00013D67" w:rsidRDefault="00AC3D5A">
            <w:pPr>
              <w:rPr>
                <w:rFonts w:ascii="Arial" w:hAnsi="Arial" w:cs="Arial"/>
                <w:lang w:val="hr-HR"/>
              </w:rPr>
            </w:pPr>
            <w:r w:rsidRPr="00013D67">
              <w:rPr>
                <w:rFonts w:ascii="Arial" w:hAnsi="Arial" w:cs="Arial"/>
                <w:lang w:val="hr-HR"/>
              </w:rPr>
              <w:t>Split, ____________________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</w:tcPr>
          <w:p w:rsidR="00A47889" w:rsidRPr="00013D67" w:rsidRDefault="00AC3D5A">
            <w:pPr>
              <w:jc w:val="center"/>
              <w:rPr>
                <w:rFonts w:ascii="Arial" w:hAnsi="Arial" w:cs="Arial"/>
                <w:lang w:val="hr-HR"/>
              </w:rPr>
            </w:pPr>
            <w:r w:rsidRPr="00013D67">
              <w:rPr>
                <w:rFonts w:ascii="Arial" w:hAnsi="Arial" w:cs="Arial"/>
                <w:lang w:val="hr-HR"/>
              </w:rPr>
              <w:t>______________________________</w:t>
            </w:r>
          </w:p>
        </w:tc>
      </w:tr>
      <w:tr w:rsidR="00A47889" w:rsidRPr="00013D67">
        <w:trPr>
          <w:jc w:val="center"/>
        </w:trPr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</w:tcPr>
          <w:p w:rsidR="00A47889" w:rsidRPr="00013D67" w:rsidRDefault="00AC3D5A">
            <w:pPr>
              <w:rPr>
                <w:rFonts w:ascii="Arial" w:hAnsi="Arial" w:cs="Arial"/>
                <w:lang w:val="hr-HR"/>
              </w:rPr>
            </w:pPr>
            <w:r w:rsidRPr="00013D67">
              <w:rPr>
                <w:rFonts w:ascii="Arial" w:hAnsi="Arial" w:cs="Arial"/>
                <w:i/>
                <w:sz w:val="16"/>
                <w:lang w:val="hr-HR"/>
              </w:rPr>
              <w:t>datum podnošenja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</w:tcPr>
          <w:p w:rsidR="00A47889" w:rsidRPr="00013D67" w:rsidRDefault="00AC3D5A">
            <w:pPr>
              <w:jc w:val="center"/>
              <w:rPr>
                <w:rFonts w:ascii="Arial" w:hAnsi="Arial" w:cs="Arial"/>
                <w:lang w:val="hr-HR"/>
              </w:rPr>
            </w:pPr>
            <w:r w:rsidRPr="00013D67">
              <w:rPr>
                <w:rFonts w:ascii="Arial" w:hAnsi="Arial" w:cs="Arial"/>
                <w:i/>
                <w:sz w:val="16"/>
                <w:lang w:val="hr-HR"/>
              </w:rPr>
              <w:t>potpis studenta</w:t>
            </w:r>
          </w:p>
        </w:tc>
      </w:tr>
      <w:bookmarkEnd w:id="0"/>
    </w:tbl>
    <w:p w:rsidR="00AC3D5A" w:rsidRPr="00013D67" w:rsidRDefault="00AC3D5A">
      <w:pPr>
        <w:rPr>
          <w:rFonts w:ascii="Arial" w:hAnsi="Arial" w:cs="Arial"/>
          <w:lang w:val="hr-HR"/>
        </w:rPr>
      </w:pPr>
    </w:p>
    <w:sectPr w:rsidR="00AC3D5A" w:rsidRPr="00013D67" w:rsidSect="00034616">
      <w:footerReference w:type="default" r:id="rId8"/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3D5A" w:rsidRDefault="00AC3D5A">
      <w:pPr>
        <w:spacing w:after="0" w:line="240" w:lineRule="auto"/>
      </w:pPr>
      <w:r>
        <w:separator/>
      </w:r>
    </w:p>
  </w:endnote>
  <w:endnote w:type="continuationSeparator" w:id="0">
    <w:p w:rsidR="00AC3D5A" w:rsidRDefault="00AC3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7889" w:rsidRDefault="00AC3D5A">
    <w:pPr>
      <w:pStyle w:val="Footer"/>
      <w:jc w:val="center"/>
    </w:pPr>
    <w:r>
      <w:rPr>
        <w:sz w:val="16"/>
      </w:rPr>
      <w:t>Obrazac – zamolba za plaćanje školarine u obrocima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3D5A" w:rsidRDefault="00AC3D5A">
      <w:pPr>
        <w:spacing w:after="0" w:line="240" w:lineRule="auto"/>
      </w:pPr>
      <w:r>
        <w:separator/>
      </w:r>
    </w:p>
  </w:footnote>
  <w:footnote w:type="continuationSeparator" w:id="0">
    <w:p w:rsidR="00AC3D5A" w:rsidRDefault="00AC3D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D67"/>
    <w:rsid w:val="00034616"/>
    <w:rsid w:val="0006063C"/>
    <w:rsid w:val="0015074B"/>
    <w:rsid w:val="0029639D"/>
    <w:rsid w:val="00326F90"/>
    <w:rsid w:val="00A47889"/>
    <w:rsid w:val="00AA1D8D"/>
    <w:rsid w:val="00AC3D5A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FF642A"/>
  <w14:defaultImageDpi w14:val="300"/>
  <w15:docId w15:val="{73E0B0BB-B58E-46FA-ACBD-1D413A6AC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109C1A7-D7FE-425D-A1F1-49F957C65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Zamolba za plaćanje školarine u obrocima</vt:lpstr>
    </vt:vector>
  </TitlesOfParts>
  <Manager/>
  <Company/>
  <LinksUpToDate>false</LinksUpToDate>
  <CharactersWithSpaces>1429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Zamolba za plaćanje školarine u obrocima</dc:title>
  <dc:subject>Fakultet zdravstvenih znanosti Sveučilišta u Splitu</dc:subject>
  <dc:creator>python-docx</dc:creator>
  <cp:keywords/>
  <dc:description>generated by python-docx</dc:description>
  <cp:lastModifiedBy>Jadranka Vrsalović</cp:lastModifiedBy>
  <cp:revision>2</cp:revision>
  <dcterms:created xsi:type="dcterms:W3CDTF">2026-09-02T06:10:00Z</dcterms:created>
  <dcterms:modified xsi:type="dcterms:W3CDTF">2026-09-02T06:10:00Z</dcterms:modified>
  <cp:category/>
</cp:coreProperties>
</file>